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5836" w:rsidRPr="001043D0" w:rsidRDefault="005D5836" w:rsidP="00DC4A60">
      <w:pPr>
        <w:spacing w:after="0"/>
        <w:rPr>
          <w:b/>
          <w:bCs/>
          <w:sz w:val="24"/>
          <w:szCs w:val="24"/>
          <w:lang w:val="es-ES" w:eastAsia="ja-JP"/>
        </w:rPr>
      </w:pPr>
      <w:r w:rsidRPr="001043D0">
        <w:rPr>
          <w:b/>
          <w:bCs/>
          <w:sz w:val="24"/>
          <w:szCs w:val="24"/>
          <w:lang w:val="es-ES" w:eastAsia="ja-JP"/>
        </w:rPr>
        <w:t>RUDEBWOY FACE × Mi Luz × selector HEMO</w:t>
      </w:r>
      <w:r w:rsidRPr="001043D0">
        <w:rPr>
          <w:b/>
          <w:bCs/>
          <w:sz w:val="24"/>
          <w:szCs w:val="24"/>
          <w:lang w:val="es-ES" w:eastAsia="ja-JP"/>
        </w:rPr>
        <w:t>！</w:t>
      </w:r>
    </w:p>
    <w:p w:rsidR="005D5836" w:rsidRPr="005D5836" w:rsidRDefault="005D5836">
      <w:pPr>
        <w:rPr>
          <w:rFonts w:ascii="ＭＳ Ｐゴシック" w:eastAsia="ＭＳ Ｐゴシック" w:hAnsi="ＭＳ Ｐゴシック"/>
          <w:u w:val="single"/>
          <w:lang w:eastAsia="ja-JP"/>
        </w:rPr>
      </w:pPr>
      <w:r w:rsidRPr="005D5836">
        <w:rPr>
          <w:b/>
          <w:bCs/>
          <w:sz w:val="24"/>
          <w:szCs w:val="24"/>
          <w:lang w:eastAsia="ja-JP"/>
        </w:rPr>
        <w:t>カリブ海の話題のダンスミュージック</w:t>
      </w:r>
      <w:r w:rsidR="005B756B">
        <w:rPr>
          <w:rFonts w:hint="eastAsia"/>
          <w:b/>
          <w:bCs/>
          <w:sz w:val="24"/>
          <w:szCs w:val="24"/>
          <w:lang w:eastAsia="ja-JP"/>
        </w:rPr>
        <w:t>ジャンル</w:t>
      </w:r>
      <w:r w:rsidRPr="005D5836">
        <w:rPr>
          <w:rFonts w:hint="eastAsia"/>
          <w:b/>
          <w:bCs/>
          <w:sz w:val="24"/>
          <w:szCs w:val="24"/>
          <w:lang w:eastAsia="ja-JP"/>
        </w:rPr>
        <w:t>“</w:t>
      </w:r>
      <w:r w:rsidRPr="005D5836">
        <w:rPr>
          <w:b/>
          <w:bCs/>
          <w:sz w:val="24"/>
          <w:szCs w:val="24"/>
          <w:lang w:eastAsia="ja-JP"/>
        </w:rPr>
        <w:t>ブヨン</w:t>
      </w:r>
      <w:r w:rsidRPr="005D5836">
        <w:rPr>
          <w:b/>
          <w:bCs/>
          <w:sz w:val="24"/>
          <w:szCs w:val="24"/>
          <w:lang w:eastAsia="ja-JP"/>
        </w:rPr>
        <w:t>”</w:t>
      </w:r>
      <w:r w:rsidRPr="005D5836">
        <w:rPr>
          <w:b/>
          <w:bCs/>
          <w:sz w:val="24"/>
          <w:szCs w:val="24"/>
          <w:lang w:eastAsia="ja-JP"/>
        </w:rPr>
        <w:t>が日本初上陸</w:t>
      </w:r>
      <w:r>
        <w:rPr>
          <w:rFonts w:hint="eastAsia"/>
          <w:b/>
          <w:bCs/>
          <w:sz w:val="24"/>
          <w:szCs w:val="24"/>
          <w:lang w:eastAsia="ja-JP"/>
        </w:rPr>
        <w:t>！！！</w:t>
      </w:r>
    </w:p>
    <w:p w:rsidR="0021609A" w:rsidRPr="002A43DF" w:rsidRDefault="000340D0">
      <w:pPr>
        <w:rPr>
          <w:rFonts w:ascii="ＭＳ Ｐゴシック" w:eastAsia="ＭＳ Ｐゴシック" w:hAnsi="ＭＳ Ｐゴシック"/>
          <w:u w:val="single"/>
          <w:lang w:eastAsia="ja-JP"/>
        </w:rPr>
      </w:pPr>
      <w:r w:rsidRPr="002A43DF">
        <w:rPr>
          <w:rFonts w:ascii="ＭＳ Ｐゴシック" w:eastAsia="ＭＳ Ｐゴシック" w:hAnsi="ＭＳ Ｐゴシック"/>
          <w:u w:val="single"/>
          <w:lang w:eastAsia="ja-JP"/>
        </w:rPr>
        <w:t>2025</w:t>
      </w:r>
      <w:r w:rsidRPr="002A43DF">
        <w:rPr>
          <w:rFonts w:ascii="ＭＳ Ｐゴシック" w:eastAsia="ＭＳ Ｐゴシック" w:hAnsi="ＭＳ Ｐゴシック" w:hint="eastAsia"/>
          <w:u w:val="single"/>
          <w:lang w:eastAsia="ja-JP"/>
        </w:rPr>
        <w:t>年</w:t>
      </w:r>
      <w:r w:rsidRPr="002A43DF">
        <w:rPr>
          <w:rFonts w:ascii="ＭＳ Ｐゴシック" w:eastAsia="ＭＳ Ｐゴシック" w:hAnsi="ＭＳ Ｐゴシック"/>
          <w:u w:val="single"/>
          <w:lang w:eastAsia="ja-JP"/>
        </w:rPr>
        <w:t>8月6日＆13日｜selector HEMOプロデュース第3＆4弾リリース</w:t>
      </w:r>
    </w:p>
    <w:p w:rsidR="003C174F" w:rsidRPr="002A43DF" w:rsidRDefault="003C174F" w:rsidP="002A43DF">
      <w:pPr>
        <w:jc w:val="center"/>
        <w:rPr>
          <w:rFonts w:ascii="ＭＳ Ｐゴシック" w:eastAsia="ＭＳ Ｐゴシック" w:hAnsi="ＭＳ Ｐゴシック"/>
          <w:u w:val="single"/>
          <w:lang w:eastAsia="ja-JP"/>
        </w:rPr>
      </w:pPr>
      <w:r w:rsidRPr="002A43DF">
        <w:rPr>
          <w:rFonts w:ascii="ＭＳ Ｐゴシック" w:eastAsia="ＭＳ Ｐゴシック" w:hAnsi="ＭＳ Ｐゴシック"/>
          <w:noProof/>
          <w:u w:val="single"/>
          <w:lang w:eastAsia="ja-JP"/>
        </w:rPr>
        <w:drawing>
          <wp:inline distT="0" distB="0" distL="0" distR="0">
            <wp:extent cx="2546350" cy="2546350"/>
            <wp:effectExtent l="0" t="0" r="6350" b="6350"/>
            <wp:docPr id="140285614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56145" name="図 14028561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3DF">
        <w:rPr>
          <w:rFonts w:ascii="ＭＳ Ｐゴシック" w:eastAsia="ＭＳ Ｐゴシック" w:hAnsi="ＭＳ Ｐゴシック"/>
          <w:noProof/>
          <w:u w:val="single"/>
          <w:lang w:eastAsia="ja-JP"/>
        </w:rPr>
        <w:drawing>
          <wp:inline distT="0" distB="0" distL="0" distR="0">
            <wp:extent cx="2566219" cy="2566219"/>
            <wp:effectExtent l="0" t="0" r="0" b="0"/>
            <wp:docPr id="138619507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95071" name="図 13861950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9144" cy="25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4F" w:rsidRPr="002A43DF" w:rsidRDefault="00000000" w:rsidP="003C174F">
      <w:pPr>
        <w:rPr>
          <w:rFonts w:ascii="ＭＳ Ｐゴシック" w:eastAsia="ＭＳ Ｐゴシック" w:hAnsi="ＭＳ Ｐゴシック"/>
          <w:lang w:eastAsia="ja-JP"/>
        </w:rPr>
      </w:pPr>
      <w:r w:rsidRPr="002A43DF">
        <w:rPr>
          <w:rFonts w:ascii="ＭＳ Ｐゴシック" w:eastAsia="ＭＳ Ｐゴシック" w:hAnsi="ＭＳ Ｐゴシック"/>
          <w:lang w:eastAsia="ja-JP"/>
        </w:rPr>
        <w:t>カリブ海発の注目ジャンル“Bouyon（ブヨン）”が、selector HEMOのプロデュースにより日本</w:t>
      </w:r>
      <w:r w:rsidR="005A0578">
        <w:rPr>
          <w:rFonts w:ascii="ＭＳ Ｐゴシック" w:eastAsia="ＭＳ Ｐゴシック" w:hAnsi="ＭＳ Ｐゴシック" w:hint="eastAsia"/>
          <w:lang w:eastAsia="ja-JP"/>
        </w:rPr>
        <w:t>初</w:t>
      </w:r>
      <w:r w:rsidRPr="002A43DF">
        <w:rPr>
          <w:rFonts w:ascii="ＭＳ Ｐゴシック" w:eastAsia="ＭＳ Ｐゴシック" w:hAnsi="ＭＳ Ｐゴシック"/>
          <w:lang w:eastAsia="ja-JP"/>
        </w:rPr>
        <w:t>上陸！2025年夏に展開される5連続リリースから</w:t>
      </w:r>
      <w:r w:rsidR="003C174F" w:rsidRPr="002A43DF">
        <w:rPr>
          <w:rFonts w:ascii="ＭＳ Ｐゴシック" w:eastAsia="ＭＳ Ｐゴシック" w:hAnsi="ＭＳ Ｐゴシック" w:hint="eastAsia"/>
          <w:lang w:eastAsia="ja-JP"/>
        </w:rPr>
        <w:t>、</w:t>
      </w:r>
      <w:r w:rsidRPr="002A43DF">
        <w:rPr>
          <w:rFonts w:ascii="ＭＳ Ｐゴシック" w:eastAsia="ＭＳ Ｐゴシック" w:hAnsi="ＭＳ Ｐゴシック"/>
          <w:lang w:eastAsia="ja-JP"/>
        </w:rPr>
        <w:t>第3弾＆第4弾としてRUDEBWOY FACEとMi Luzによる新曲が登場します。</w:t>
      </w:r>
    </w:p>
    <w:p w:rsidR="003C174F" w:rsidRPr="002A43DF" w:rsidRDefault="00000000" w:rsidP="005A0578">
      <w:pPr>
        <w:pStyle w:val="a0"/>
        <w:numPr>
          <w:ilvl w:val="0"/>
          <w:numId w:val="0"/>
        </w:numPr>
        <w:spacing w:after="0"/>
        <w:ind w:left="360" w:hanging="360"/>
        <w:rPr>
          <w:rFonts w:ascii="ＭＳ Ｐゴシック" w:eastAsia="ＭＳ Ｐゴシック" w:hAnsi="ＭＳ Ｐゴシック"/>
          <w:lang w:eastAsia="ja-JP"/>
        </w:rPr>
      </w:pPr>
      <w:r w:rsidRPr="002A43DF">
        <w:rPr>
          <w:rFonts w:ascii="Apple Color Emoji" w:eastAsia="ＭＳ Ｐゴシック" w:hAnsi="Apple Color Emoji" w:cs="Apple Color Emoji"/>
          <w:lang w:eastAsia="ja-JP"/>
        </w:rPr>
        <w:t>🇩🇲</w:t>
      </w:r>
      <w:r w:rsidRPr="002A43DF">
        <w:rPr>
          <w:rFonts w:ascii="ＭＳ Ｐゴシック" w:eastAsia="ＭＳ Ｐゴシック" w:hAnsi="ＭＳ Ｐゴシック"/>
          <w:lang w:eastAsia="ja-JP"/>
        </w:rPr>
        <w:t xml:space="preserve"> </w:t>
      </w:r>
      <w:r w:rsidRPr="005A0578">
        <w:rPr>
          <w:rFonts w:ascii="ＭＳ Ｐゴシック" w:eastAsia="ＭＳ Ｐゴシック" w:hAnsi="ＭＳ Ｐゴシック"/>
          <w:b/>
          <w:bCs/>
          <w:lang w:eastAsia="ja-JP"/>
        </w:rPr>
        <w:t>Bouyon（ブヨン）とは？</w:t>
      </w:r>
    </w:p>
    <w:p w:rsidR="001B0233" w:rsidRDefault="001B0233" w:rsidP="001B0233">
      <w:pPr>
        <w:rPr>
          <w:lang w:eastAsia="ja-JP"/>
        </w:rPr>
      </w:pPr>
      <w:r>
        <w:rPr>
          <w:lang w:eastAsia="ja-JP"/>
        </w:rPr>
        <w:t>カリブ海の小国・ドミニカ国（ドミニカ）で誕生し、今、世界的に注目されているジャンル「</w:t>
      </w:r>
      <w:r>
        <w:rPr>
          <w:lang w:eastAsia="ja-JP"/>
        </w:rPr>
        <w:t>Bouyon</w:t>
      </w:r>
      <w:r>
        <w:rPr>
          <w:lang w:eastAsia="ja-JP"/>
        </w:rPr>
        <w:t>（ブヨン）」。レゲエ、ソカ、ヒップホップ、地元の伝統音楽を融合したジャンプアップ系ダンスミュージックで、ここ数年はトリニダード・トバゴやフランス語圏カリブ諸国を中心にクラブシーンを席巻。ついにこの夏、</w:t>
      </w:r>
      <w:r>
        <w:rPr>
          <w:lang w:eastAsia="ja-JP"/>
        </w:rPr>
        <w:t>selector HEMO</w:t>
      </w:r>
      <w:r>
        <w:rPr>
          <w:lang w:eastAsia="ja-JP"/>
        </w:rPr>
        <w:t>のプロデュースにより日本初上陸を果たします。</w:t>
      </w:r>
    </w:p>
    <w:p w:rsidR="0021609A" w:rsidRPr="002A43DF" w:rsidRDefault="00000000">
      <w:pPr>
        <w:pStyle w:val="21"/>
        <w:rPr>
          <w:rFonts w:ascii="ＭＳ Ｐゴシック" w:eastAsia="ＭＳ Ｐゴシック" w:hAnsi="ＭＳ Ｐゴシック"/>
          <w:lang w:eastAsia="ja-JP"/>
        </w:rPr>
      </w:pPr>
      <w:r w:rsidRPr="002A43DF">
        <w:rPr>
          <w:rFonts w:ascii="Apple Color Emoji" w:eastAsia="ＭＳ Ｐゴシック" w:hAnsi="Apple Color Emoji" w:cs="Apple Color Emoji"/>
        </w:rPr>
        <w:t>🎧</w:t>
      </w:r>
      <w:r w:rsidRPr="002A43DF">
        <w:rPr>
          <w:rFonts w:ascii="ＭＳ Ｐゴシック" w:eastAsia="ＭＳ Ｐゴシック" w:hAnsi="ＭＳ Ｐゴシック"/>
        </w:rPr>
        <w:t xml:space="preserve"> 第3弾『B</w:t>
      </w:r>
      <w:r w:rsidR="00401C18">
        <w:rPr>
          <w:rFonts w:ascii="ＭＳ Ｐゴシック" w:eastAsia="ＭＳ Ｐゴシック" w:hAnsi="ＭＳ Ｐゴシック"/>
        </w:rPr>
        <w:t>UMPA</w:t>
      </w:r>
      <w:r w:rsidRPr="002A43DF">
        <w:rPr>
          <w:rFonts w:ascii="ＭＳ Ｐゴシック" w:eastAsia="ＭＳ Ｐゴシック" w:hAnsi="ＭＳ Ｐゴシック"/>
        </w:rPr>
        <w:t>』/ RUDEBWOY FACE</w:t>
      </w:r>
    </w:p>
    <w:p w:rsidR="00DF07A3" w:rsidRPr="002A43DF" w:rsidRDefault="00000000" w:rsidP="001043D0">
      <w:pPr>
        <w:spacing w:after="0"/>
        <w:rPr>
          <w:rFonts w:ascii="ＭＳ Ｐゴシック" w:eastAsia="ＭＳ Ｐゴシック" w:hAnsi="ＭＳ Ｐゴシック"/>
          <w:lang w:eastAsia="zh-TW"/>
        </w:rPr>
      </w:pPr>
      <w:r w:rsidRPr="002A43DF">
        <w:rPr>
          <w:rFonts w:ascii="Apple Color Emoji" w:eastAsia="ＭＳ Ｐゴシック" w:hAnsi="Apple Color Emoji" w:cs="Apple Color Emoji"/>
          <w:lang w:eastAsia="zh-TW"/>
        </w:rPr>
        <w:t>📅</w:t>
      </w:r>
      <w:r w:rsidRPr="002A43DF">
        <w:rPr>
          <w:rFonts w:ascii="ＭＳ Ｐゴシック" w:eastAsia="ＭＳ Ｐゴシック" w:hAnsi="ＭＳ Ｐゴシック"/>
          <w:lang w:eastAsia="zh-TW"/>
        </w:rPr>
        <w:t xml:space="preserve"> 配信日：2025年8月6日（水）</w:t>
      </w:r>
    </w:p>
    <w:p w:rsidR="00DF07A3" w:rsidRPr="002A43DF" w:rsidRDefault="00DF07A3" w:rsidP="002A43DF">
      <w:pPr>
        <w:spacing w:after="0"/>
        <w:rPr>
          <w:rFonts w:ascii="ＭＳ Ｐゴシック" w:eastAsia="ＭＳ Ｐゴシック" w:hAnsi="ＭＳ Ｐゴシック"/>
          <w:lang w:eastAsia="ja-JP"/>
        </w:rPr>
      </w:pPr>
      <w:r w:rsidRPr="002A43DF">
        <w:rPr>
          <w:rStyle w:val="af8"/>
          <w:rFonts w:ascii="ＭＳ Ｐゴシック" w:eastAsia="ＭＳ Ｐゴシック" w:hAnsi="ＭＳ Ｐゴシック" w:hint="eastAsia"/>
          <w:b w:val="0"/>
          <w:bCs w:val="0"/>
          <w:lang w:eastAsia="ja-JP"/>
        </w:rPr>
        <w:t>『</w:t>
      </w:r>
      <w:r w:rsidRPr="002A43DF">
        <w:rPr>
          <w:rStyle w:val="af8"/>
          <w:rFonts w:ascii="ＭＳ Ｐゴシック" w:eastAsia="ＭＳ Ｐゴシック" w:hAnsi="ＭＳ Ｐゴシック"/>
          <w:b w:val="0"/>
          <w:bCs w:val="0"/>
          <w:lang w:eastAsia="ja-JP"/>
        </w:rPr>
        <w:t>Bootyは文化。ジャンプアップで宇宙まで。</w:t>
      </w:r>
      <w:r w:rsidRPr="002A43DF">
        <w:rPr>
          <w:rStyle w:val="af8"/>
          <w:rFonts w:ascii="ＭＳ Ｐゴシック" w:eastAsia="ＭＳ Ｐゴシック" w:hAnsi="ＭＳ Ｐゴシック" w:hint="eastAsia"/>
          <w:b w:val="0"/>
          <w:bCs w:val="0"/>
          <w:lang w:eastAsia="ja-JP"/>
        </w:rPr>
        <w:t>』</w:t>
      </w:r>
    </w:p>
    <w:p w:rsidR="001B0233" w:rsidRDefault="001B0233" w:rsidP="001B0233">
      <w:pPr>
        <w:rPr>
          <w:lang w:eastAsia="ja-JP"/>
        </w:rPr>
      </w:pPr>
      <w:r>
        <w:rPr>
          <w:lang w:eastAsia="ja-JP"/>
        </w:rPr>
        <w:t>横浜レゲエ界の重鎮・</w:t>
      </w:r>
      <w:r>
        <w:rPr>
          <w:lang w:eastAsia="ja-JP"/>
        </w:rPr>
        <w:t>RUDEBWOY FACE</w:t>
      </w:r>
      <w:r>
        <w:rPr>
          <w:lang w:eastAsia="ja-JP"/>
        </w:rPr>
        <w:t>によるブヨン・パーティチューン『</w:t>
      </w:r>
      <w:r>
        <w:rPr>
          <w:lang w:eastAsia="ja-JP"/>
        </w:rPr>
        <w:t>B</w:t>
      </w:r>
      <w:r w:rsidR="00401C18">
        <w:rPr>
          <w:lang w:eastAsia="ja-JP"/>
        </w:rPr>
        <w:t>UMPA</w:t>
      </w:r>
      <w:r>
        <w:rPr>
          <w:lang w:eastAsia="ja-JP"/>
        </w:rPr>
        <w:t>』が登場。低音のうねりに乗せて「</w:t>
      </w:r>
      <w:r>
        <w:rPr>
          <w:lang w:eastAsia="ja-JP"/>
        </w:rPr>
        <w:t xml:space="preserve">Hot </w:t>
      </w:r>
      <w:proofErr w:type="spellStart"/>
      <w:r>
        <w:rPr>
          <w:lang w:eastAsia="ja-JP"/>
        </w:rPr>
        <w:t>gyal</w:t>
      </w:r>
      <w:proofErr w:type="spellEnd"/>
      <w:r>
        <w:rPr>
          <w:lang w:eastAsia="ja-JP"/>
        </w:rPr>
        <w:t xml:space="preserve"> </w:t>
      </w:r>
      <w:r>
        <w:rPr>
          <w:lang w:eastAsia="ja-JP"/>
        </w:rPr>
        <w:t>揺らしな</w:t>
      </w:r>
      <w:r>
        <w:rPr>
          <w:lang w:eastAsia="ja-JP"/>
        </w:rPr>
        <w:t xml:space="preserve"> </w:t>
      </w:r>
      <w:proofErr w:type="spellStart"/>
      <w:r>
        <w:rPr>
          <w:lang w:eastAsia="ja-JP"/>
        </w:rPr>
        <w:t>Bumpa</w:t>
      </w:r>
      <w:proofErr w:type="spellEnd"/>
      <w:r>
        <w:rPr>
          <w:lang w:eastAsia="ja-JP"/>
        </w:rPr>
        <w:t>」「</w:t>
      </w:r>
      <w:r>
        <w:rPr>
          <w:lang w:eastAsia="ja-JP"/>
        </w:rPr>
        <w:t xml:space="preserve">Bad </w:t>
      </w:r>
      <w:proofErr w:type="spellStart"/>
      <w:r>
        <w:rPr>
          <w:lang w:eastAsia="ja-JP"/>
        </w:rPr>
        <w:t>gyal</w:t>
      </w:r>
      <w:proofErr w:type="spellEnd"/>
      <w:r>
        <w:rPr>
          <w:lang w:eastAsia="ja-JP"/>
        </w:rPr>
        <w:t xml:space="preserve"> Big </w:t>
      </w:r>
      <w:proofErr w:type="spellStart"/>
      <w:r>
        <w:rPr>
          <w:lang w:eastAsia="ja-JP"/>
        </w:rPr>
        <w:t>Bumpa</w:t>
      </w:r>
      <w:proofErr w:type="spellEnd"/>
      <w:r>
        <w:rPr>
          <w:lang w:eastAsia="ja-JP"/>
        </w:rPr>
        <w:t>」と連打されるリリックがフロアの熱気を引き上げる、ダンスホールファン必聴の</w:t>
      </w:r>
      <w:r>
        <w:rPr>
          <w:lang w:eastAsia="ja-JP"/>
        </w:rPr>
        <w:t>1</w:t>
      </w:r>
      <w:r>
        <w:rPr>
          <w:lang w:eastAsia="ja-JP"/>
        </w:rPr>
        <w:t>曲です。</w:t>
      </w:r>
    </w:p>
    <w:p w:rsidR="0021609A" w:rsidRPr="001043D0" w:rsidRDefault="00DF07A3" w:rsidP="001043D0">
      <w:pPr>
        <w:spacing w:after="0"/>
        <w:rPr>
          <w:rFonts w:ascii="ＭＳ Ｐゴシック" w:eastAsia="ＭＳ Ｐゴシック" w:hAnsi="ＭＳ Ｐゴシック"/>
          <w:lang w:eastAsia="zh-TW"/>
        </w:rPr>
      </w:pPr>
      <w:r w:rsidRPr="002A43DF">
        <w:rPr>
          <w:lang w:eastAsia="ja-JP"/>
        </w:rPr>
        <w:br/>
      </w:r>
      <w:r w:rsidRPr="002A43DF">
        <w:t>Credits:</w:t>
      </w:r>
      <w:r w:rsidRPr="002A43DF">
        <w:br/>
        <w:t xml:space="preserve">- Produced </w:t>
      </w:r>
      <w:proofErr w:type="spellStart"/>
      <w:r w:rsidRPr="002A43DF">
        <w:t>by</w:t>
      </w:r>
      <w:r w:rsidRPr="002A43DF">
        <w:t>：</w:t>
      </w:r>
      <w:r w:rsidRPr="002A43DF">
        <w:t>Dean</w:t>
      </w:r>
      <w:proofErr w:type="spellEnd"/>
      <w:r w:rsidRPr="002A43DF">
        <w:t xml:space="preserve"> "</w:t>
      </w:r>
      <w:proofErr w:type="spellStart"/>
      <w:r w:rsidRPr="002A43DF">
        <w:t>DeLuxe</w:t>
      </w:r>
      <w:proofErr w:type="spellEnd"/>
      <w:r w:rsidRPr="002A43DF">
        <w:t xml:space="preserve"> F" Desirée, selector HEMO</w:t>
      </w:r>
      <w:r w:rsidRPr="002A43DF">
        <w:t>（</w:t>
      </w:r>
      <w:r w:rsidRPr="002A43DF">
        <w:t>LIME Records</w:t>
      </w:r>
      <w:r w:rsidRPr="002A43DF">
        <w:t>）</w:t>
      </w:r>
      <w:r w:rsidRPr="002A43DF">
        <w:rPr>
          <w:rFonts w:hint="eastAsia"/>
        </w:rPr>
        <w:t>,</w:t>
      </w:r>
      <w:r w:rsidRPr="002A43DF">
        <w:t xml:space="preserve"> DJ BLAZE</w:t>
      </w:r>
      <w:r w:rsidRPr="002A43DF">
        <w:br/>
        <w:t xml:space="preserve">- Lyrics </w:t>
      </w:r>
      <w:proofErr w:type="spellStart"/>
      <w:r w:rsidRPr="002A43DF">
        <w:t>by</w:t>
      </w:r>
      <w:r w:rsidRPr="002A43DF">
        <w:t>：</w:t>
      </w:r>
      <w:r w:rsidRPr="002A43DF">
        <w:t>RUDEBWOY</w:t>
      </w:r>
      <w:proofErr w:type="spellEnd"/>
      <w:r w:rsidRPr="002A43DF">
        <w:t xml:space="preserve"> FACE</w:t>
      </w:r>
      <w:r w:rsidRPr="002A43DF">
        <w:br/>
        <w:t xml:space="preserve">- </w:t>
      </w:r>
      <w:proofErr w:type="spellStart"/>
      <w:r w:rsidRPr="002A43DF">
        <w:t>Riddim</w:t>
      </w:r>
      <w:r w:rsidRPr="002A43DF">
        <w:t>：</w:t>
      </w:r>
      <w:r w:rsidRPr="002A43DF">
        <w:t>Y</w:t>
      </w:r>
      <w:proofErr w:type="spellEnd"/>
      <w:r w:rsidRPr="002A43DF">
        <w:t xml:space="preserve"> U Mad Riddim Japan</w:t>
      </w:r>
      <w:r w:rsidRPr="002A43DF">
        <w:br/>
        <w:t xml:space="preserve">- Vocal </w:t>
      </w:r>
      <w:proofErr w:type="spellStart"/>
      <w:r w:rsidRPr="002A43DF">
        <w:t>Rec</w:t>
      </w:r>
      <w:r w:rsidRPr="002A43DF">
        <w:t>：</w:t>
      </w:r>
      <w:r w:rsidRPr="002A43DF">
        <w:t>KillaNami</w:t>
      </w:r>
      <w:r w:rsidRPr="002A43DF">
        <w:t>（</w:t>
      </w:r>
      <w:r w:rsidRPr="002A43DF">
        <w:t>Magnum</w:t>
      </w:r>
      <w:proofErr w:type="spellEnd"/>
      <w:r w:rsidRPr="002A43DF">
        <w:t xml:space="preserve"> Records</w:t>
      </w:r>
      <w:r w:rsidRPr="002A43DF">
        <w:t>）</w:t>
      </w:r>
      <w:r w:rsidRPr="002A43DF">
        <w:br/>
        <w:t xml:space="preserve">- </w:t>
      </w:r>
      <w:proofErr w:type="spellStart"/>
      <w:r w:rsidRPr="002A43DF">
        <w:t>Mix</w:t>
      </w:r>
      <w:r w:rsidRPr="002A43DF">
        <w:t>：</w:t>
      </w:r>
      <w:r w:rsidRPr="002A43DF">
        <w:t>Squeezeohyeah</w:t>
      </w:r>
      <w:proofErr w:type="spellEnd"/>
      <w:r w:rsidRPr="002A43DF">
        <w:t xml:space="preserve">, </w:t>
      </w:r>
      <w:proofErr w:type="spellStart"/>
      <w:r w:rsidRPr="002A43DF">
        <w:t>KillaNami</w:t>
      </w:r>
      <w:proofErr w:type="spellEnd"/>
      <w:r w:rsidRPr="002A43DF">
        <w:br/>
      </w:r>
      <w:r w:rsidRPr="002A43DF">
        <w:lastRenderedPageBreak/>
        <w:t xml:space="preserve">- </w:t>
      </w:r>
      <w:proofErr w:type="spellStart"/>
      <w:r w:rsidRPr="002A43DF">
        <w:t>Design</w:t>
      </w:r>
      <w:r w:rsidRPr="002A43DF">
        <w:t>：</w:t>
      </w:r>
      <w:r w:rsidRPr="002A43DF">
        <w:t>mhMARCA</w:t>
      </w:r>
      <w:proofErr w:type="spellEnd"/>
      <w:r w:rsidRPr="002A43DF">
        <w:br/>
      </w:r>
      <w:r w:rsidR="001043D0">
        <w:rPr>
          <w:rFonts w:ascii="Apple Color Emoji" w:eastAsia="Apple Color Emoji" w:hAnsi="Apple Color Emoji" w:cs="Apple Color Emoji" w:hint="eastAsia"/>
          <w:lang w:eastAsia="ja-JP"/>
        </w:rPr>
        <w:t>🎧</w:t>
      </w:r>
      <w:r w:rsidR="001043D0">
        <w:rPr>
          <w:rFonts w:ascii="ＭＳ Ｐゴシック" w:eastAsia="ＭＳ Ｐゴシック" w:hAnsi="ＭＳ Ｐゴシック" w:hint="eastAsia"/>
          <w:lang w:eastAsia="zh-TW"/>
        </w:rPr>
        <w:t>視聴＆配信</w:t>
      </w:r>
      <w:r w:rsidR="001043D0">
        <w:rPr>
          <w:rFonts w:ascii="ＭＳ Ｐゴシック" w:eastAsia="ＭＳ Ｐゴシック" w:hAnsi="ＭＳ Ｐゴシック"/>
          <w:lang w:eastAsia="zh-TW"/>
        </w:rPr>
        <w:t xml:space="preserve">LINK : </w:t>
      </w:r>
      <w:r w:rsidR="001043D0" w:rsidRPr="001043D0">
        <w:rPr>
          <w:rFonts w:ascii="ＭＳ Ｐゴシック" w:eastAsia="ＭＳ Ｐゴシック" w:hAnsi="ＭＳ Ｐゴシック"/>
          <w:lang w:eastAsia="zh-TW"/>
        </w:rPr>
        <w:t>https://nex-tone.link/A00198548</w:t>
      </w:r>
    </w:p>
    <w:p w:rsidR="0021609A" w:rsidRPr="002A43DF" w:rsidRDefault="00000000">
      <w:pPr>
        <w:pStyle w:val="21"/>
        <w:rPr>
          <w:rFonts w:ascii="ＭＳ Ｐゴシック" w:eastAsia="ＭＳ Ｐゴシック" w:hAnsi="ＭＳ Ｐゴシック"/>
        </w:rPr>
      </w:pPr>
      <w:r w:rsidRPr="002A43DF">
        <w:rPr>
          <w:rFonts w:ascii="Apple Color Emoji" w:eastAsia="ＭＳ Ｐゴシック" w:hAnsi="Apple Color Emoji" w:cs="Apple Color Emoji"/>
        </w:rPr>
        <w:t>🎧</w:t>
      </w:r>
      <w:r w:rsidRPr="002A43DF">
        <w:rPr>
          <w:rFonts w:ascii="ＭＳ Ｐゴシック" w:eastAsia="ＭＳ Ｐゴシック" w:hAnsi="ＭＳ Ｐゴシック"/>
        </w:rPr>
        <w:t xml:space="preserve"> 第4弾『うえ・した -Up Down-』/ Mi Luz</w:t>
      </w:r>
    </w:p>
    <w:p w:rsidR="00DF07A3" w:rsidRPr="002A43DF" w:rsidRDefault="00DF07A3" w:rsidP="00DF07A3">
      <w:pPr>
        <w:rPr>
          <w:rFonts w:ascii="ＭＳ Ｐゴシック" w:eastAsia="ＭＳ Ｐゴシック" w:hAnsi="ＭＳ Ｐゴシック"/>
          <w:lang w:eastAsia="zh-TW"/>
        </w:rPr>
      </w:pPr>
      <w:r w:rsidRPr="002A43DF">
        <w:rPr>
          <w:rFonts w:ascii="Apple Color Emoji" w:eastAsia="ＭＳ Ｐゴシック" w:hAnsi="Apple Color Emoji" w:cs="Apple Color Emoji"/>
          <w:lang w:eastAsia="zh-TW"/>
        </w:rPr>
        <w:t>📅</w:t>
      </w:r>
      <w:r w:rsidRPr="002A43DF">
        <w:rPr>
          <w:rFonts w:ascii="ＭＳ Ｐゴシック" w:eastAsia="ＭＳ Ｐゴシック" w:hAnsi="ＭＳ Ｐゴシック"/>
          <w:lang w:eastAsia="zh-TW"/>
        </w:rPr>
        <w:t xml:space="preserve"> 配信日：2025年8月</w:t>
      </w:r>
      <w:r w:rsidR="005D5836">
        <w:rPr>
          <w:rFonts w:ascii="ＭＳ Ｐゴシック" w:eastAsia="ＭＳ Ｐゴシック" w:hAnsi="ＭＳ Ｐゴシック"/>
          <w:lang w:eastAsia="zh-TW"/>
        </w:rPr>
        <w:t>13</w:t>
      </w:r>
      <w:r w:rsidRPr="002A43DF">
        <w:rPr>
          <w:rFonts w:ascii="ＭＳ Ｐゴシック" w:eastAsia="ＭＳ Ｐゴシック" w:hAnsi="ＭＳ Ｐゴシック"/>
          <w:lang w:eastAsia="zh-TW"/>
        </w:rPr>
        <w:t>日（水）</w:t>
      </w:r>
      <w:r w:rsidR="001043D0">
        <w:rPr>
          <w:rFonts w:ascii="ＭＳ Ｐゴシック" w:eastAsia="ＭＳ Ｐゴシック" w:hAnsi="ＭＳ Ｐゴシック" w:hint="eastAsia"/>
          <w:lang w:eastAsia="zh-TW"/>
        </w:rPr>
        <w:t xml:space="preserve">　</w:t>
      </w:r>
    </w:p>
    <w:p w:rsidR="006671F3" w:rsidRDefault="000340D0" w:rsidP="006671F3">
      <w:pPr>
        <w:rPr>
          <w:rStyle w:val="af8"/>
          <w:rFonts w:ascii="ＭＳ Ｐゴシック" w:eastAsia="ＭＳ Ｐゴシック" w:hAnsi="ＭＳ Ｐゴシック"/>
          <w:lang w:eastAsia="ja-JP"/>
        </w:rPr>
      </w:pPr>
      <w:r w:rsidRPr="002A43DF">
        <w:rPr>
          <w:rStyle w:val="af8"/>
          <w:rFonts w:ascii="ＭＳ Ｐゴシック" w:eastAsia="ＭＳ Ｐゴシック" w:hAnsi="ＭＳ Ｐゴシック"/>
          <w:lang w:eastAsia="ja-JP"/>
        </w:rPr>
        <w:t>「うえ・した・上</w:t>
      </w:r>
      <w:proofErr w:type="gramStart"/>
      <w:r w:rsidRPr="002A43DF">
        <w:rPr>
          <w:rStyle w:val="af8"/>
          <w:rFonts w:ascii="ＭＳ Ｐゴシック" w:eastAsia="ＭＳ Ｐゴシック" w:hAnsi="ＭＳ Ｐゴシック"/>
          <w:lang w:eastAsia="ja-JP"/>
        </w:rPr>
        <w:t>へ</w:t>
      </w:r>
      <w:proofErr w:type="gramEnd"/>
      <w:r w:rsidRPr="002A43DF">
        <w:rPr>
          <w:rStyle w:val="af8"/>
          <w:rFonts w:ascii="ＭＳ Ｐゴシック" w:eastAsia="ＭＳ Ｐゴシック" w:hAnsi="ＭＳ Ｐゴシック"/>
          <w:lang w:eastAsia="ja-JP"/>
        </w:rPr>
        <w:t>下</w:t>
      </w:r>
      <w:proofErr w:type="gramStart"/>
      <w:r w:rsidRPr="002A43DF">
        <w:rPr>
          <w:rStyle w:val="af8"/>
          <w:rFonts w:ascii="ＭＳ Ｐゴシック" w:eastAsia="ＭＳ Ｐゴシック" w:hAnsi="ＭＳ Ｐゴシック"/>
          <w:lang w:eastAsia="ja-JP"/>
        </w:rPr>
        <w:t>へ</w:t>
      </w:r>
      <w:proofErr w:type="gramEnd"/>
      <w:r w:rsidRPr="002A43DF">
        <w:rPr>
          <w:rStyle w:val="af8"/>
          <w:rFonts w:ascii="ＭＳ Ｐゴシック" w:eastAsia="ＭＳ Ｐゴシック" w:hAnsi="ＭＳ Ｐゴシック"/>
          <w:lang w:eastAsia="ja-JP"/>
        </w:rPr>
        <w:t>！</w:t>
      </w:r>
      <w:r w:rsidRPr="002A43DF">
        <w:rPr>
          <w:rFonts w:ascii="ＭＳ Ｐゴシック" w:eastAsia="ＭＳ Ｐゴシック" w:hAnsi="ＭＳ Ｐゴシック"/>
          <w:b/>
          <w:bCs/>
          <w:lang w:eastAsia="ja-JP"/>
        </w:rPr>
        <w:br/>
      </w:r>
      <w:r w:rsidRPr="002A43DF">
        <w:rPr>
          <w:rStyle w:val="af8"/>
          <w:rFonts w:ascii="ＭＳ Ｐゴシック" w:eastAsia="ＭＳ Ｐゴシック" w:hAnsi="ＭＳ Ｐゴシック"/>
          <w:lang w:eastAsia="ja-JP"/>
        </w:rPr>
        <w:t>三カ国語で踊り明かすブヨン・アンセム」</w:t>
      </w:r>
    </w:p>
    <w:p w:rsidR="002F5145" w:rsidRDefault="006671F3" w:rsidP="002F5145">
      <w:pPr>
        <w:spacing w:after="0"/>
      </w:pPr>
      <w:r>
        <w:rPr>
          <w:lang w:eastAsia="ja-JP"/>
        </w:rPr>
        <w:t>スペイン語・英語・日本語がリズムの上で自由に飛び交う、</w:t>
      </w:r>
      <w:r>
        <w:rPr>
          <w:lang w:eastAsia="ja-JP"/>
        </w:rPr>
        <w:t>Mi Luz</w:t>
      </w:r>
      <w:r>
        <w:rPr>
          <w:lang w:eastAsia="ja-JP"/>
        </w:rPr>
        <w:t>による多言語ブヨン・チューン！</w:t>
      </w:r>
      <w:r>
        <w:rPr>
          <w:lang w:eastAsia="ja-JP"/>
        </w:rPr>
        <w:br/>
        <w:t xml:space="preserve">“Up down / </w:t>
      </w:r>
      <w:proofErr w:type="spellStart"/>
      <w:r>
        <w:rPr>
          <w:lang w:eastAsia="ja-JP"/>
        </w:rPr>
        <w:t>arriba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abajo</w:t>
      </w:r>
      <w:proofErr w:type="spellEnd"/>
      <w:r>
        <w:rPr>
          <w:lang w:eastAsia="ja-JP"/>
        </w:rPr>
        <w:t xml:space="preserve"> / </w:t>
      </w:r>
      <w:r>
        <w:rPr>
          <w:lang w:eastAsia="ja-JP"/>
        </w:rPr>
        <w:t>うえ</w:t>
      </w:r>
      <w:r>
        <w:rPr>
          <w:lang w:eastAsia="ja-JP"/>
        </w:rPr>
        <w:t xml:space="preserve"> </w:t>
      </w:r>
      <w:r>
        <w:rPr>
          <w:lang w:eastAsia="ja-JP"/>
        </w:rPr>
        <w:t>した</w:t>
      </w:r>
      <w:r>
        <w:rPr>
          <w:lang w:eastAsia="ja-JP"/>
        </w:rPr>
        <w:t>”</w:t>
      </w:r>
      <w:r>
        <w:rPr>
          <w:lang w:eastAsia="ja-JP"/>
        </w:rPr>
        <w:t>のフックがクセになる、観客参加型のパワーチューンです。</w:t>
      </w:r>
      <w:r>
        <w:rPr>
          <w:lang w:eastAsia="ja-JP"/>
        </w:rPr>
        <w:br/>
      </w:r>
      <w:r>
        <w:rPr>
          <w:lang w:eastAsia="ja-JP"/>
        </w:rPr>
        <w:t>フラッグやバンダナを振り回して、昼も夜も踊り明かす</w:t>
      </w:r>
      <w:r>
        <w:rPr>
          <w:lang w:eastAsia="ja-JP"/>
        </w:rPr>
        <w:t>——</w:t>
      </w:r>
      <w:r>
        <w:rPr>
          <w:lang w:eastAsia="ja-JP"/>
        </w:rPr>
        <w:t>。魂を揺さぶるビートに乗って、自分らしく弾ける夏がここに！</w:t>
      </w:r>
      <w:r w:rsidR="000340D0" w:rsidRPr="002A43DF">
        <w:rPr>
          <w:lang w:eastAsia="ja-JP"/>
        </w:rPr>
        <w:br/>
      </w:r>
      <w:r w:rsidR="001043D0">
        <w:rPr>
          <w:rFonts w:ascii="Apple Color Emoji" w:hAnsi="Apple Color Emoji" w:cs="Apple Color Emoji"/>
        </w:rPr>
        <w:t>▶</w:t>
      </w:r>
      <w:r w:rsidR="001043D0">
        <w:rPr>
          <w:rFonts w:ascii="Apple Color Emoji" w:hAnsi="Apple Color Emoji" w:cs="Apple Color Emoji"/>
          <w:lang w:eastAsia="ja-JP"/>
        </w:rPr>
        <w:t>️</w:t>
      </w:r>
      <w:r w:rsidR="000340D0" w:rsidRPr="002A43DF">
        <w:t>Credits:</w:t>
      </w:r>
      <w:r w:rsidR="000340D0" w:rsidRPr="002A43DF">
        <w:br/>
        <w:t xml:space="preserve">- Produced </w:t>
      </w:r>
      <w:proofErr w:type="spellStart"/>
      <w:r w:rsidR="000340D0" w:rsidRPr="002A43DF">
        <w:t>by</w:t>
      </w:r>
      <w:r w:rsidR="000340D0" w:rsidRPr="002A43DF">
        <w:t>：</w:t>
      </w:r>
      <w:r w:rsidR="000340D0" w:rsidRPr="002A43DF">
        <w:t>Dean</w:t>
      </w:r>
      <w:proofErr w:type="spellEnd"/>
      <w:r w:rsidR="000340D0" w:rsidRPr="002A43DF">
        <w:t xml:space="preserve"> "</w:t>
      </w:r>
      <w:proofErr w:type="spellStart"/>
      <w:r w:rsidR="000340D0" w:rsidRPr="002A43DF">
        <w:t>DeLuxe</w:t>
      </w:r>
      <w:proofErr w:type="spellEnd"/>
      <w:r w:rsidR="000340D0" w:rsidRPr="002A43DF">
        <w:t xml:space="preserve"> F" Desirée, selector HEMO</w:t>
      </w:r>
      <w:r w:rsidR="000340D0" w:rsidRPr="002A43DF">
        <w:t>（</w:t>
      </w:r>
      <w:r w:rsidR="000340D0" w:rsidRPr="002A43DF">
        <w:t>LIME Records</w:t>
      </w:r>
      <w:r w:rsidR="000340D0" w:rsidRPr="002A43DF">
        <w:t>）</w:t>
      </w:r>
      <w:r w:rsidR="000340D0" w:rsidRPr="002A43DF">
        <w:br/>
        <w:t xml:space="preserve">- Lyrics </w:t>
      </w:r>
      <w:proofErr w:type="spellStart"/>
      <w:r w:rsidR="000340D0" w:rsidRPr="002A43DF">
        <w:t>by</w:t>
      </w:r>
      <w:r w:rsidR="000340D0" w:rsidRPr="002A43DF">
        <w:t>：</w:t>
      </w:r>
      <w:r w:rsidR="000340D0" w:rsidRPr="002A43DF">
        <w:t>Mi</w:t>
      </w:r>
      <w:proofErr w:type="spellEnd"/>
      <w:r w:rsidR="000340D0" w:rsidRPr="002A43DF">
        <w:t xml:space="preserve"> Luz</w:t>
      </w:r>
      <w:r w:rsidR="000340D0" w:rsidRPr="002A43DF">
        <w:br/>
        <w:t xml:space="preserve">- </w:t>
      </w:r>
      <w:proofErr w:type="spellStart"/>
      <w:r w:rsidR="000340D0" w:rsidRPr="002A43DF">
        <w:t>Riddim</w:t>
      </w:r>
      <w:r w:rsidR="000340D0" w:rsidRPr="002A43DF">
        <w:t>：</w:t>
      </w:r>
      <w:r w:rsidR="000340D0" w:rsidRPr="002A43DF">
        <w:t>Y</w:t>
      </w:r>
      <w:proofErr w:type="spellEnd"/>
      <w:r w:rsidR="000340D0" w:rsidRPr="002A43DF">
        <w:t xml:space="preserve"> U Mad Riddim Japan</w:t>
      </w:r>
      <w:r w:rsidR="000340D0" w:rsidRPr="002A43DF">
        <w:br/>
        <w:t xml:space="preserve">- Vocal Rec &amp; </w:t>
      </w:r>
      <w:proofErr w:type="spellStart"/>
      <w:r w:rsidR="000340D0" w:rsidRPr="002A43DF">
        <w:t>Mix</w:t>
      </w:r>
      <w:r w:rsidR="000340D0" w:rsidRPr="002A43DF">
        <w:t>：</w:t>
      </w:r>
      <w:r w:rsidR="000340D0" w:rsidRPr="002A43DF">
        <w:t>Masanori</w:t>
      </w:r>
      <w:proofErr w:type="spellEnd"/>
      <w:r w:rsidR="000340D0" w:rsidRPr="002A43DF">
        <w:t xml:space="preserve"> </w:t>
      </w:r>
      <w:proofErr w:type="spellStart"/>
      <w:r w:rsidR="000340D0" w:rsidRPr="002A43DF">
        <w:t>Yashiro</w:t>
      </w:r>
      <w:r w:rsidR="000340D0" w:rsidRPr="002A43DF">
        <w:t>（</w:t>
      </w:r>
      <w:r w:rsidR="000340D0" w:rsidRPr="002A43DF">
        <w:t>HUNTER</w:t>
      </w:r>
      <w:proofErr w:type="spellEnd"/>
      <w:r w:rsidR="000340D0" w:rsidRPr="002A43DF">
        <w:t xml:space="preserve"> CHANCE STUDIO</w:t>
      </w:r>
      <w:r w:rsidR="000340D0" w:rsidRPr="002A43DF">
        <w:t>）</w:t>
      </w:r>
      <w:r w:rsidR="000340D0" w:rsidRPr="002A43DF">
        <w:br/>
        <w:t xml:space="preserve">- </w:t>
      </w:r>
      <w:proofErr w:type="spellStart"/>
      <w:r w:rsidR="000340D0" w:rsidRPr="002A43DF">
        <w:t>Design</w:t>
      </w:r>
      <w:r w:rsidR="000340D0" w:rsidRPr="002A43DF">
        <w:t>：</w:t>
      </w:r>
      <w:r w:rsidR="000340D0" w:rsidRPr="002A43DF">
        <w:t>mhMARCA</w:t>
      </w:r>
      <w:proofErr w:type="spellEnd"/>
    </w:p>
    <w:p w:rsidR="002F5145" w:rsidRPr="002F5145" w:rsidRDefault="002F5145" w:rsidP="002F5145">
      <w:pPr>
        <w:rPr>
          <w:rFonts w:ascii="ＭＳ Ｐゴシック" w:eastAsia="ＭＳ Ｐゴシック" w:hAnsi="ＭＳ Ｐゴシック"/>
          <w:lang w:eastAsia="ja-JP"/>
        </w:rPr>
      </w:pPr>
      <w:r>
        <w:rPr>
          <w:rFonts w:ascii="Cambria" w:eastAsia="ＭＳ Ｐゴシック" w:hAnsi="Cambria" w:cs="Apple Color Emoji"/>
          <w:lang w:eastAsia="ja-JP"/>
        </w:rPr>
        <w:t>-</w:t>
      </w:r>
      <w:r w:rsidRPr="002F5145">
        <w:rPr>
          <w:rFonts w:ascii="Apple Color Emoji" w:eastAsia="ＭＳ Ｐゴシック" w:hAnsi="Apple Color Emoji" w:cs="Apple Color Emoji"/>
          <w:lang w:eastAsia="ja-JP"/>
        </w:rPr>
        <w:t>💃</w:t>
      </w:r>
      <w:r w:rsidRPr="002F5145">
        <w:rPr>
          <w:rFonts w:ascii="ＭＳ Ｐゴシック" w:eastAsia="ＭＳ Ｐゴシック" w:hAnsi="ＭＳ Ｐゴシック" w:hint="eastAsia"/>
          <w:lang w:eastAsia="ja-JP"/>
        </w:rPr>
        <w:t>ゲスト</w:t>
      </w:r>
      <w:r w:rsidRPr="002F5145">
        <w:rPr>
          <w:rFonts w:ascii="ＭＳ Ｐゴシック" w:eastAsia="ＭＳ Ｐゴシック" w:hAnsi="ＭＳ Ｐゴシック"/>
          <w:lang w:eastAsia="ja-JP"/>
        </w:rPr>
        <w:t>出演：</w:t>
      </w:r>
      <w:r w:rsidRPr="002F5145">
        <w:rPr>
          <w:rFonts w:ascii="ＭＳ Ｐゴシック" w:eastAsia="ＭＳ Ｐゴシック" w:hAnsi="ＭＳ Ｐゴシック" w:hint="eastAsia"/>
          <w:lang w:eastAsia="ja-JP"/>
        </w:rPr>
        <w:t xml:space="preserve"> </w:t>
      </w:r>
      <w:r w:rsidRPr="002F5145">
        <w:rPr>
          <w:rFonts w:ascii="ＭＳ Ｐゴシック" w:eastAsia="ＭＳ Ｐゴシック" w:hAnsi="ＭＳ Ｐゴシック"/>
          <w:lang w:eastAsia="ja-JP"/>
        </w:rPr>
        <w:t>Waka from 熊本</w:t>
      </w:r>
      <w:r w:rsidRPr="002F5145">
        <w:rPr>
          <w:rFonts w:ascii="ＭＳ Ｐゴシック" w:eastAsia="ＭＳ Ｐゴシック" w:hAnsi="ＭＳ Ｐゴシック" w:hint="eastAsia"/>
          <w:lang w:eastAsia="ja-JP"/>
        </w:rPr>
        <w:t xml:space="preserve">　→今</w:t>
      </w:r>
      <w:r w:rsidRPr="002F5145">
        <w:rPr>
          <w:rFonts w:ascii="ＭＳ Ｐゴシック" w:eastAsia="ＭＳ Ｐゴシック" w:hAnsi="ＭＳ Ｐゴシック"/>
          <w:lang w:eastAsia="ja-JP"/>
        </w:rPr>
        <w:t>注目のダンスホールダンサー・Wakaが、リール動画とジャケットに登場。Bouyonビートを体現する圧巻のパフォーマンスにも注目です。</w:t>
      </w:r>
    </w:p>
    <w:p w:rsidR="0021609A" w:rsidRPr="006671F3" w:rsidRDefault="001043D0" w:rsidP="006671F3">
      <w:pPr>
        <w:rPr>
          <w:rFonts w:ascii="ＭＳ Ｐゴシック" w:eastAsia="ＭＳ Ｐゴシック" w:hAnsi="ＭＳ Ｐゴシック"/>
          <w:lang w:eastAsia="ja-JP"/>
        </w:rPr>
      </w:pPr>
      <w:r>
        <w:rPr>
          <w:rFonts w:ascii="Apple Color Emoji" w:eastAsia="Apple Color Emoji" w:hAnsi="Apple Color Emoji" w:cs="Apple Color Emoji" w:hint="eastAsia"/>
        </w:rPr>
        <w:t>🎧</w:t>
      </w:r>
      <w:r>
        <w:rPr>
          <w:rFonts w:ascii="ＭＳ Ｐゴシック" w:eastAsia="ＭＳ Ｐゴシック" w:hAnsi="ＭＳ Ｐゴシック" w:hint="eastAsia"/>
          <w:lang w:eastAsia="zh-TW"/>
        </w:rPr>
        <w:t>視聴＆配信</w:t>
      </w:r>
      <w:r>
        <w:rPr>
          <w:rFonts w:ascii="ＭＳ Ｐゴシック" w:eastAsia="ＭＳ Ｐゴシック" w:hAnsi="ＭＳ Ｐゴシック"/>
          <w:lang w:eastAsia="zh-TW"/>
        </w:rPr>
        <w:t>L</w:t>
      </w:r>
      <w:r>
        <w:rPr>
          <w:rFonts w:ascii="ＭＳ Ｐゴシック" w:eastAsia="ＭＳ Ｐゴシック" w:hAnsi="ＭＳ Ｐゴシック"/>
          <w:lang w:eastAsia="ja-JP"/>
        </w:rPr>
        <w:t xml:space="preserve">INK : </w:t>
      </w:r>
      <w:hyperlink r:id="rId10" w:history="1">
        <w:r w:rsidRPr="002F5145">
          <w:rPr>
            <w:rStyle w:val="aff"/>
            <w:rFonts w:ascii="ＭＳ Ｐゴシック" w:eastAsia="ＭＳ Ｐゴシック" w:hAnsi="ＭＳ Ｐゴシック"/>
            <w:lang w:eastAsia="ja-JP"/>
          </w:rPr>
          <w:t>https://nex-tone.link/A00198582</w:t>
        </w:r>
      </w:hyperlink>
    </w:p>
    <w:p w:rsidR="0021609A" w:rsidRPr="002A43DF" w:rsidRDefault="00000000">
      <w:pPr>
        <w:pStyle w:val="21"/>
        <w:rPr>
          <w:rFonts w:ascii="ＭＳ Ｐゴシック" w:eastAsia="ＭＳ Ｐゴシック" w:hAnsi="ＭＳ Ｐゴシック"/>
          <w:lang w:eastAsia="ja-JP"/>
        </w:rPr>
      </w:pPr>
      <w:r w:rsidRPr="002A43DF">
        <w:rPr>
          <w:rFonts w:ascii="Apple Color Emoji" w:eastAsia="ＭＳ Ｐゴシック" w:hAnsi="Apple Color Emoji" w:cs="Apple Color Emoji"/>
          <w:lang w:eastAsia="ja-JP"/>
        </w:rPr>
        <w:t>👤</w:t>
      </w:r>
      <w:r w:rsidRPr="002A43DF">
        <w:rPr>
          <w:rFonts w:ascii="ＭＳ Ｐゴシック" w:eastAsia="ＭＳ Ｐゴシック" w:hAnsi="ＭＳ Ｐゴシック"/>
          <w:lang w:eastAsia="ja-JP"/>
        </w:rPr>
        <w:t xml:space="preserve"> アーティストプロフィール</w:t>
      </w:r>
    </w:p>
    <w:p w:rsidR="0021609A" w:rsidRPr="002A43DF" w:rsidRDefault="00000000">
      <w:pPr>
        <w:rPr>
          <w:rFonts w:ascii="ＭＳ Ｐゴシック" w:eastAsia="ＭＳ Ｐゴシック" w:hAnsi="ＭＳ Ｐゴシック"/>
          <w:lang w:eastAsia="ja-JP"/>
        </w:rPr>
      </w:pPr>
      <w:r w:rsidRPr="002A43DF">
        <w:rPr>
          <w:rFonts w:ascii="ＭＳ Ｐゴシック" w:eastAsia="ＭＳ Ｐゴシック" w:hAnsi="ＭＳ Ｐゴシック"/>
          <w:lang w:eastAsia="ja-JP"/>
        </w:rPr>
        <w:t>RUDEBWOY FACE</w:t>
      </w:r>
      <w:r w:rsidRPr="002A43DF">
        <w:rPr>
          <w:rFonts w:ascii="ＭＳ Ｐゴシック" w:eastAsia="ＭＳ Ｐゴシック" w:hAnsi="ＭＳ Ｐゴシック"/>
          <w:lang w:eastAsia="ja-JP"/>
        </w:rPr>
        <w:br/>
        <w:t>横浜出身のReggae Deejay。マグナム・ボイスを武器に、日本一ラガな道を突き進むMagnum Records代表。</w:t>
      </w:r>
    </w:p>
    <w:p w:rsidR="0021609A" w:rsidRPr="002A43DF" w:rsidRDefault="00000000">
      <w:pPr>
        <w:rPr>
          <w:rFonts w:ascii="ＭＳ Ｐゴシック" w:eastAsia="ＭＳ Ｐゴシック" w:hAnsi="ＭＳ Ｐゴシック"/>
          <w:lang w:eastAsia="ja-JP"/>
        </w:rPr>
      </w:pPr>
      <w:r w:rsidRPr="002A43DF">
        <w:rPr>
          <w:rFonts w:ascii="ＭＳ Ｐゴシック" w:eastAsia="ＭＳ Ｐゴシック" w:hAnsi="ＭＳ Ｐゴシック"/>
          <w:lang w:eastAsia="ja-JP"/>
        </w:rPr>
        <w:t>Mi Luz</w:t>
      </w:r>
      <w:r w:rsidRPr="002A43DF">
        <w:rPr>
          <w:rFonts w:ascii="ＭＳ Ｐゴシック" w:eastAsia="ＭＳ Ｐゴシック" w:hAnsi="ＭＳ Ｐゴシック"/>
          <w:lang w:eastAsia="ja-JP"/>
        </w:rPr>
        <w:br/>
        <w:t>日本語・スペイン語を駆使する、ボーダレスな新鋭アーティスト。言語やジャンルを超えた表現力で注目を集めている。</w:t>
      </w:r>
    </w:p>
    <w:p w:rsidR="003C174F" w:rsidRDefault="00000000" w:rsidP="003C174F">
      <w:pPr>
        <w:rPr>
          <w:rStyle w:val="aff"/>
          <w:rFonts w:ascii="ＭＳ Ｐゴシック" w:eastAsia="ＭＳ Ｐゴシック" w:hAnsi="ＭＳ Ｐゴシック"/>
        </w:rPr>
      </w:pPr>
      <w:r w:rsidRPr="002A43DF">
        <w:rPr>
          <w:rFonts w:ascii="ＭＳ Ｐゴシック" w:eastAsia="ＭＳ Ｐゴシック" w:hAnsi="ＭＳ Ｐゴシック"/>
          <w:lang w:eastAsia="ja-JP"/>
        </w:rPr>
        <w:t>selector HEMO</w:t>
      </w:r>
      <w:r w:rsidRPr="002A43DF">
        <w:rPr>
          <w:rFonts w:ascii="ＭＳ Ｐゴシック" w:eastAsia="ＭＳ Ｐゴシック" w:hAnsi="ＭＳ Ｐゴシック"/>
          <w:lang w:eastAsia="ja-JP"/>
        </w:rPr>
        <w:br/>
        <w:t>ソカを日本に紹介した第一人者。カリブと日本を音楽でつなぐプロデューサー／DJ。映画配給、文化事業でも活躍中。</w:t>
      </w:r>
      <w:r w:rsidRPr="002A43DF">
        <w:rPr>
          <w:rFonts w:ascii="ＭＳ Ｐゴシック" w:eastAsia="ＭＳ Ｐゴシック" w:hAnsi="ＭＳ Ｐゴシック"/>
          <w:lang w:eastAsia="ja-JP"/>
        </w:rPr>
        <w:br/>
      </w:r>
      <w:r w:rsidRPr="002A43DF">
        <w:rPr>
          <w:rFonts w:ascii="Apple Color Emoji" w:eastAsia="ＭＳ Ｐゴシック" w:hAnsi="Apple Color Emoji" w:cs="Apple Color Emoji"/>
        </w:rPr>
        <w:t>🔗</w:t>
      </w:r>
      <w:r w:rsidRPr="002A43DF">
        <w:rPr>
          <w:rFonts w:ascii="ＭＳ Ｐゴシック" w:eastAsia="ＭＳ Ｐゴシック" w:hAnsi="ＭＳ Ｐゴシック"/>
        </w:rPr>
        <w:t xml:space="preserve"> </w:t>
      </w:r>
      <w:hyperlink r:id="rId11" w:history="1">
        <w:r w:rsidR="003C174F" w:rsidRPr="002A43DF">
          <w:rPr>
            <w:rStyle w:val="aff"/>
            <w:rFonts w:ascii="ＭＳ Ｐゴシック" w:eastAsia="ＭＳ Ｐゴシック" w:hAnsi="ＭＳ Ｐゴシック"/>
          </w:rPr>
          <w:t>https://linktr.ee/selectorHEMO</w:t>
        </w:r>
      </w:hyperlink>
    </w:p>
    <w:p w:rsidR="002A43DF" w:rsidRPr="002A43DF" w:rsidRDefault="002A43DF" w:rsidP="003C174F">
      <w:pPr>
        <w:rPr>
          <w:rFonts w:ascii="ＭＳ Ｐゴシック" w:eastAsia="ＭＳ Ｐゴシック" w:hAnsi="ＭＳ Ｐゴシック"/>
          <w:lang w:eastAsia="ja-JP"/>
        </w:rPr>
      </w:pPr>
      <w:r w:rsidRPr="002A43DF">
        <w:rPr>
          <w:rFonts w:ascii="ＭＳ Ｐゴシック" w:eastAsia="ＭＳ Ｐゴシック" w:hAnsi="ＭＳ Ｐゴシック" w:hint="eastAsia"/>
          <w:lang w:eastAsia="ja-JP"/>
        </w:rPr>
        <w:t>本作品プレス素材</w:t>
      </w:r>
      <w:r w:rsidRPr="002A43DF">
        <w:rPr>
          <w:rFonts w:ascii="ＭＳ Ｐゴシック" w:eastAsia="ＭＳ Ｐゴシック" w:hAnsi="ＭＳ Ｐゴシック"/>
          <w:lang w:eastAsia="ja-JP"/>
        </w:rPr>
        <w:t xml:space="preserve">: </w:t>
      </w:r>
      <w:hyperlink r:id="rId12" w:history="1">
        <w:r w:rsidRPr="002A43DF">
          <w:rPr>
            <w:rStyle w:val="aff"/>
            <w:rFonts w:ascii="ＭＳ Ｐゴシック" w:eastAsia="ＭＳ Ｐゴシック" w:hAnsi="ＭＳ Ｐゴシック"/>
            <w:lang w:eastAsia="ja-JP"/>
          </w:rPr>
          <w:t>https://drive.google.com/drive/folders/1Lasx0EGueyG8gOftIRtGWDa8GFxsLc2G?usp=sharing</w:t>
        </w:r>
      </w:hyperlink>
    </w:p>
    <w:p w:rsidR="003C174F" w:rsidRPr="002A43DF" w:rsidRDefault="002F5145" w:rsidP="003C174F">
      <w:pPr>
        <w:rPr>
          <w:rFonts w:ascii="ＭＳ Ｐゴシック" w:eastAsia="ＭＳ Ｐゴシック" w:hAnsi="ＭＳ Ｐゴシック"/>
        </w:rPr>
      </w:pPr>
      <w:r w:rsidRPr="009E5D26">
        <w:rPr>
          <w:rFonts w:ascii="ＭＳ Ｐ明朝" w:eastAsia="ＭＳ Ｐ明朝" w:hAnsi="ＭＳ Ｐ明朝"/>
          <w:noProof/>
          <w:szCs w:val="21"/>
          <w:lang w:eastAsia="ja-JP"/>
        </w:rPr>
        <w:drawing>
          <wp:anchor distT="0" distB="0" distL="114300" distR="114300" simplePos="0" relativeHeight="251659264" behindDoc="0" locked="0" layoutInCell="1" allowOverlap="1" wp14:anchorId="202993F9" wp14:editId="761E8574">
            <wp:simplePos x="0" y="0"/>
            <wp:positionH relativeFrom="margin">
              <wp:posOffset>6127750</wp:posOffset>
            </wp:positionH>
            <wp:positionV relativeFrom="margin">
              <wp:posOffset>7574915</wp:posOffset>
            </wp:positionV>
            <wp:extent cx="730885" cy="915035"/>
            <wp:effectExtent l="0" t="0" r="5715" b="0"/>
            <wp:wrapSquare wrapText="bothSides"/>
            <wp:docPr id="5287759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75904" name="図 5287759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3DF" w:rsidRPr="002A43DF">
        <w:rPr>
          <w:rFonts w:ascii="Apple Color Emoji" w:eastAsia="ＭＳ Ｐゴシック" w:hAnsi="Apple Color Emoji" w:cs="Apple Color Emoji"/>
        </w:rPr>
        <w:t>📎</w:t>
      </w:r>
      <w:r w:rsidR="002A43DF" w:rsidRPr="002A43DF">
        <w:rPr>
          <w:rFonts w:ascii="ＭＳ Ｐゴシック" w:eastAsia="ＭＳ Ｐゴシック" w:hAnsi="ＭＳ Ｐゴシック"/>
        </w:rPr>
        <w:t xml:space="preserve"> </w:t>
      </w:r>
      <w:proofErr w:type="spellStart"/>
      <w:r w:rsidR="002A43DF" w:rsidRPr="002A43DF">
        <w:rPr>
          <w:rFonts w:ascii="ＭＳ Ｐゴシック" w:eastAsia="ＭＳ Ｐゴシック" w:hAnsi="ＭＳ Ｐゴシック"/>
        </w:rPr>
        <w:t>関連リンク</w:t>
      </w:r>
      <w:proofErr w:type="spellEnd"/>
      <w:r w:rsidR="002A43DF" w:rsidRPr="002A43DF">
        <w:rPr>
          <w:rFonts w:ascii="ＭＳ Ｐゴシック" w:eastAsia="ＭＳ Ｐゴシック" w:hAnsi="ＭＳ Ｐゴシック"/>
        </w:rPr>
        <w:t>：</w:t>
      </w:r>
      <w:r w:rsidR="002A43DF">
        <w:rPr>
          <w:rFonts w:ascii="ＭＳ Ｐゴシック" w:eastAsia="ＭＳ Ｐゴシック" w:hAnsi="ＭＳ Ｐゴシック"/>
        </w:rPr>
        <w:t xml:space="preserve"> </w:t>
      </w:r>
      <w:r w:rsidR="002A43DF" w:rsidRPr="002A43DF">
        <w:rPr>
          <w:rFonts w:ascii="ＭＳ Ｐゴシック" w:eastAsia="ＭＳ Ｐゴシック" w:hAnsi="ＭＳ Ｐゴシック"/>
        </w:rPr>
        <w:t xml:space="preserve">LIME Records ▶︎ </w:t>
      </w:r>
      <w:hyperlink r:id="rId14" w:history="1">
        <w:r w:rsidR="000340D0" w:rsidRPr="009C33C9">
          <w:rPr>
            <w:rStyle w:val="aff"/>
            <w:rFonts w:ascii="ＭＳ Ｐゴシック" w:eastAsia="ＭＳ Ｐゴシック" w:hAnsi="ＭＳ Ｐゴシック"/>
          </w:rPr>
          <w:t>https://linktr.ee/limerecords</w:t>
        </w:r>
      </w:hyperlink>
    </w:p>
    <w:p w:rsidR="005A0578" w:rsidRDefault="00000000" w:rsidP="003C174F">
      <w:pPr>
        <w:rPr>
          <w:rFonts w:ascii="ＭＳ Ｐゴシック" w:eastAsia="ＭＳ Ｐゴシック" w:hAnsi="ＭＳ Ｐゴシック"/>
        </w:rPr>
      </w:pPr>
      <w:r w:rsidRPr="002A43DF">
        <w:rPr>
          <w:rFonts w:ascii="Apple Color Emoji" w:eastAsia="ＭＳ Ｐゴシック" w:hAnsi="Apple Color Emoji" w:cs="Apple Color Emoji"/>
        </w:rPr>
        <w:t>📩</w:t>
      </w:r>
      <w:r w:rsidRPr="002A43DF">
        <w:rPr>
          <w:rFonts w:ascii="ＭＳ Ｐゴシック" w:eastAsia="ＭＳ Ｐゴシック" w:hAnsi="ＭＳ Ｐゴシック"/>
        </w:rPr>
        <w:t>【</w:t>
      </w:r>
      <w:proofErr w:type="spellStart"/>
      <w:r w:rsidRPr="002A43DF">
        <w:rPr>
          <w:rFonts w:ascii="ＭＳ Ｐゴシック" w:eastAsia="ＭＳ Ｐゴシック" w:hAnsi="ＭＳ Ｐゴシック"/>
        </w:rPr>
        <w:t>お問い合わせ</w:t>
      </w:r>
      <w:proofErr w:type="spellEnd"/>
      <w:r w:rsidRPr="002A43DF">
        <w:rPr>
          <w:rFonts w:ascii="ＭＳ Ｐゴシック" w:eastAsia="ＭＳ Ｐゴシック" w:hAnsi="ＭＳ Ｐゴシック"/>
        </w:rPr>
        <w:t>】</w:t>
      </w:r>
      <w:r w:rsidR="002A43DF">
        <w:rPr>
          <w:rFonts w:ascii="ＭＳ Ｐゴシック" w:eastAsia="ＭＳ Ｐゴシック" w:hAnsi="ＭＳ Ｐゴシック"/>
        </w:rPr>
        <w:t xml:space="preserve"> </w:t>
      </w:r>
    </w:p>
    <w:p w:rsidR="0021609A" w:rsidRPr="002A43DF" w:rsidRDefault="00000000" w:rsidP="003C174F">
      <w:pPr>
        <w:rPr>
          <w:rFonts w:ascii="ＭＳ Ｐゴシック" w:eastAsia="ＭＳ Ｐゴシック" w:hAnsi="ＭＳ Ｐゴシック"/>
        </w:rPr>
      </w:pPr>
      <w:r w:rsidRPr="002A43DF">
        <w:rPr>
          <w:rFonts w:ascii="ＭＳ Ｐゴシック" w:eastAsia="ＭＳ Ｐゴシック" w:hAnsi="ＭＳ Ｐゴシック"/>
        </w:rPr>
        <w:t xml:space="preserve">LIME </w:t>
      </w:r>
      <w:proofErr w:type="spellStart"/>
      <w:r w:rsidRPr="002A43DF">
        <w:rPr>
          <w:rFonts w:ascii="ＭＳ Ｐゴシック" w:eastAsia="ＭＳ Ｐゴシック" w:hAnsi="ＭＳ Ｐゴシック"/>
        </w:rPr>
        <w:t>Records（ライムレコード</w:t>
      </w:r>
      <w:proofErr w:type="spellEnd"/>
      <w:r w:rsidRPr="002A43DF">
        <w:rPr>
          <w:rFonts w:ascii="ＭＳ Ｐゴシック" w:eastAsia="ＭＳ Ｐゴシック" w:hAnsi="ＭＳ Ｐゴシック"/>
        </w:rPr>
        <w:t>）</w:t>
      </w:r>
      <w:r w:rsidR="002A43DF">
        <w:rPr>
          <w:rFonts w:ascii="ＭＳ Ｐゴシック" w:eastAsia="ＭＳ Ｐゴシック" w:hAnsi="ＭＳ Ｐゴシック"/>
        </w:rPr>
        <w:t xml:space="preserve"> </w:t>
      </w:r>
      <w:r w:rsidRPr="002A43DF">
        <w:rPr>
          <w:rFonts w:ascii="ＭＳ Ｐゴシック" w:eastAsia="ＭＳ Ｐゴシック" w:hAnsi="ＭＳ Ｐゴシック"/>
        </w:rPr>
        <w:t xml:space="preserve">E-mail: </w:t>
      </w:r>
      <w:hyperlink r:id="rId15" w:history="1">
        <w:r w:rsidR="002A43DF" w:rsidRPr="00495A3C">
          <w:rPr>
            <w:rStyle w:val="aff"/>
            <w:rFonts w:ascii="ＭＳ Ｐゴシック" w:eastAsia="ＭＳ Ｐゴシック" w:hAnsi="ＭＳ Ｐゴシック"/>
          </w:rPr>
          <w:t>info@lime-jp.com</w:t>
        </w:r>
      </w:hyperlink>
      <w:r w:rsidR="002A43DF">
        <w:rPr>
          <w:rFonts w:ascii="ＭＳ Ｐゴシック" w:eastAsia="ＭＳ Ｐゴシック" w:hAnsi="ＭＳ Ｐゴシック"/>
        </w:rPr>
        <w:t xml:space="preserve">    </w:t>
      </w:r>
      <w:r w:rsidRPr="002A43DF">
        <w:rPr>
          <w:rFonts w:ascii="ＭＳ Ｐゴシック" w:eastAsia="ＭＳ Ｐゴシック" w:hAnsi="ＭＳ Ｐゴシック"/>
        </w:rPr>
        <w:t xml:space="preserve">Web: </w:t>
      </w:r>
      <w:hyperlink r:id="rId16" w:history="1">
        <w:r w:rsidR="00433DEE" w:rsidRPr="002A43DF">
          <w:rPr>
            <w:rStyle w:val="aff"/>
            <w:rFonts w:ascii="ＭＳ Ｐゴシック" w:eastAsia="ＭＳ Ｐゴシック" w:hAnsi="ＭＳ Ｐゴシック"/>
          </w:rPr>
          <w:t>https://lime-jp.com/</w:t>
        </w:r>
      </w:hyperlink>
    </w:p>
    <w:sectPr w:rsidR="0021609A" w:rsidRPr="002A43DF" w:rsidSect="002A43DF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59C3" w:rsidRDefault="009959C3" w:rsidP="002A43DF">
      <w:pPr>
        <w:spacing w:after="0" w:line="240" w:lineRule="auto"/>
      </w:pPr>
      <w:r>
        <w:separator/>
      </w:r>
    </w:p>
  </w:endnote>
  <w:endnote w:type="continuationSeparator" w:id="0">
    <w:p w:rsidR="009959C3" w:rsidRDefault="009959C3" w:rsidP="002A4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59C3" w:rsidRDefault="009959C3" w:rsidP="002A43DF">
      <w:pPr>
        <w:spacing w:after="0" w:line="240" w:lineRule="auto"/>
      </w:pPr>
      <w:r>
        <w:separator/>
      </w:r>
    </w:p>
  </w:footnote>
  <w:footnote w:type="continuationSeparator" w:id="0">
    <w:p w:rsidR="009959C3" w:rsidRDefault="009959C3" w:rsidP="002A4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43DF" w:rsidRDefault="002A43DF" w:rsidP="002A43DF">
    <w:pPr>
      <w:pStyle w:val="a5"/>
      <w:jc w:val="right"/>
    </w:pPr>
    <w:r w:rsidRPr="00F16307">
      <w:rPr>
        <w:rFonts w:ascii="ＭＳ Ｐゴシック" w:eastAsia="ＭＳ Ｐゴシック" w:hAnsi="ＭＳ Ｐゴシック"/>
        <w:noProof/>
      </w:rPr>
      <w:drawing>
        <wp:inline distT="0" distB="0" distL="0" distR="0" wp14:anchorId="159E78B8" wp14:editId="7B89D806">
          <wp:extent cx="634939" cy="624781"/>
          <wp:effectExtent l="0" t="0" r="635" b="0"/>
          <wp:docPr id="2078401670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401670" name="図 20784016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9036" cy="648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FFC66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17853E7"/>
    <w:multiLevelType w:val="hybridMultilevel"/>
    <w:tmpl w:val="91387B92"/>
    <w:lvl w:ilvl="0" w:tplc="BAC47D26">
      <w:numFmt w:val="bullet"/>
      <w:lvlText w:val="-"/>
      <w:lvlJc w:val="left"/>
      <w:pPr>
        <w:ind w:left="360" w:hanging="360"/>
      </w:pPr>
      <w:rPr>
        <w:rFonts w:ascii="Cambria" w:eastAsia="ＭＳ Ｐゴシック" w:hAnsi="Cambria" w:cs="Apple Color Emoji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99771894">
    <w:abstractNumId w:val="8"/>
  </w:num>
  <w:num w:numId="2" w16cid:durableId="616370390">
    <w:abstractNumId w:val="6"/>
  </w:num>
  <w:num w:numId="3" w16cid:durableId="730737525">
    <w:abstractNumId w:val="5"/>
  </w:num>
  <w:num w:numId="4" w16cid:durableId="311060108">
    <w:abstractNumId w:val="4"/>
  </w:num>
  <w:num w:numId="5" w16cid:durableId="25107893">
    <w:abstractNumId w:val="7"/>
  </w:num>
  <w:num w:numId="6" w16cid:durableId="1843012263">
    <w:abstractNumId w:val="3"/>
  </w:num>
  <w:num w:numId="7" w16cid:durableId="586305075">
    <w:abstractNumId w:val="2"/>
  </w:num>
  <w:num w:numId="8" w16cid:durableId="1919946235">
    <w:abstractNumId w:val="1"/>
  </w:num>
  <w:num w:numId="9" w16cid:durableId="1760056133">
    <w:abstractNumId w:val="0"/>
  </w:num>
  <w:num w:numId="10" w16cid:durableId="11187949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0D0"/>
    <w:rsid w:val="00034616"/>
    <w:rsid w:val="0006063C"/>
    <w:rsid w:val="000C3DE9"/>
    <w:rsid w:val="001043D0"/>
    <w:rsid w:val="0015074B"/>
    <w:rsid w:val="001B0233"/>
    <w:rsid w:val="0021609A"/>
    <w:rsid w:val="0029639D"/>
    <w:rsid w:val="002A43DF"/>
    <w:rsid w:val="002F5145"/>
    <w:rsid w:val="00326F90"/>
    <w:rsid w:val="003C174F"/>
    <w:rsid w:val="00401C18"/>
    <w:rsid w:val="00433DEE"/>
    <w:rsid w:val="00465906"/>
    <w:rsid w:val="005A0578"/>
    <w:rsid w:val="005B756B"/>
    <w:rsid w:val="005D5836"/>
    <w:rsid w:val="005E4968"/>
    <w:rsid w:val="006671F3"/>
    <w:rsid w:val="008326A1"/>
    <w:rsid w:val="008767E3"/>
    <w:rsid w:val="008932BF"/>
    <w:rsid w:val="009959C3"/>
    <w:rsid w:val="009C33C9"/>
    <w:rsid w:val="00AA1D8D"/>
    <w:rsid w:val="00B47730"/>
    <w:rsid w:val="00CB0664"/>
    <w:rsid w:val="00DC4A60"/>
    <w:rsid w:val="00DF07A3"/>
    <w:rsid w:val="00E0270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DB95A0"/>
  <w14:defaultImageDpi w14:val="300"/>
  <w15:docId w15:val="{58D99ED8-F860-1F4D-A5AD-F828EA60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Arial" w:eastAsia="Yu Gothic" w:hAnsi="Arial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">
    <w:name w:val="Hyperlink"/>
    <w:basedOn w:val="a2"/>
    <w:uiPriority w:val="99"/>
    <w:unhideWhenUsed/>
    <w:rsid w:val="003C174F"/>
    <w:rPr>
      <w:color w:val="0000FF" w:themeColor="hyperlink"/>
      <w:u w:val="single"/>
    </w:rPr>
  </w:style>
  <w:style w:type="character" w:styleId="aff0">
    <w:name w:val="Unresolved Mention"/>
    <w:basedOn w:val="a2"/>
    <w:uiPriority w:val="99"/>
    <w:semiHidden/>
    <w:unhideWhenUsed/>
    <w:rsid w:val="003C174F"/>
    <w:rPr>
      <w:color w:val="605E5C"/>
      <w:shd w:val="clear" w:color="auto" w:fill="E1DFDD"/>
    </w:rPr>
  </w:style>
  <w:style w:type="paragraph" w:styleId="Web">
    <w:name w:val="Normal (Web)"/>
    <w:basedOn w:val="a1"/>
    <w:uiPriority w:val="99"/>
    <w:unhideWhenUsed/>
    <w:rsid w:val="003C174F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5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Lasx0EGueyG8gOftIRtGWDa8GFxsLc2G?usp=sharin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ime-jp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r.ee/selectorHEM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lime-jp.com" TargetMode="External"/><Relationship Id="rId10" Type="http://schemas.openxmlformats.org/officeDocument/2006/relationships/hyperlink" Target="https://nex-tone.link/A0019858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linktr.ee/limerecord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ライム レコード</cp:lastModifiedBy>
  <cp:revision>14</cp:revision>
  <dcterms:created xsi:type="dcterms:W3CDTF">2025-08-02T02:46:00Z</dcterms:created>
  <dcterms:modified xsi:type="dcterms:W3CDTF">2025-08-02T08:15:00Z</dcterms:modified>
  <cp:category/>
</cp:coreProperties>
</file>