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6307" w:rsidRPr="00F16307" w:rsidRDefault="00000000" w:rsidP="00C24505">
      <w:pPr>
        <w:pStyle w:val="1"/>
        <w:spacing w:before="0"/>
        <w:rPr>
          <w:rFonts w:ascii="ＭＳ Ｐゴシック" w:eastAsia="ＭＳ Ｐゴシック" w:hAnsi="ＭＳ Ｐゴシック"/>
          <w:sz w:val="24"/>
          <w:szCs w:val="24"/>
          <w:lang w:eastAsia="ja-JP"/>
        </w:rPr>
      </w:pPr>
      <w:r w:rsidRPr="00F16307">
        <w:rPr>
          <w:rFonts w:ascii="ＭＳ Ｐゴシック" w:eastAsia="ＭＳ Ｐゴシック" w:hAnsi="ＭＳ Ｐゴシック"/>
          <w:sz w:val="24"/>
          <w:szCs w:val="24"/>
          <w:lang w:eastAsia="ja-JP"/>
        </w:rPr>
        <w:t>【メディアリリース】2025年7月30日（水）配信開始</w:t>
      </w:r>
      <w:r w:rsidR="00C24505">
        <w:rPr>
          <w:rFonts w:ascii="ＭＳ Ｐゴシック" w:eastAsia="ＭＳ Ｐゴシック" w:hAnsi="ＭＳ Ｐゴシック" w:hint="eastAsia"/>
          <w:sz w:val="24"/>
          <w:szCs w:val="24"/>
          <w:lang w:eastAsia="ja-JP"/>
        </w:rPr>
        <w:t>！</w:t>
      </w:r>
    </w:p>
    <w:p w:rsidR="00F244BF" w:rsidRPr="00F244BF" w:rsidRDefault="00F244BF" w:rsidP="00F244BF">
      <w:pPr>
        <w:pStyle w:val="aa"/>
        <w:jc w:val="center"/>
        <w:rPr>
          <w:rFonts w:asciiTheme="minorBidi" w:eastAsia="ＭＳ Ｐゴシック" w:hAnsiTheme="minorBidi" w:cstheme="minorBidi"/>
          <w:b/>
          <w:bCs/>
          <w:color w:val="FD5CCE"/>
          <w:sz w:val="28"/>
          <w:szCs w:val="28"/>
          <w:lang w:eastAsia="ja-JP"/>
        </w:rPr>
      </w:pPr>
      <w:r w:rsidRPr="00F244BF">
        <w:rPr>
          <w:rFonts w:asciiTheme="minorBidi" w:eastAsia="ＭＳ Ｐゴシック" w:hAnsiTheme="minorBidi" w:cstheme="minorBidi"/>
          <w:b/>
          <w:bCs/>
          <w:color w:val="FD5CCE"/>
          <w:sz w:val="28"/>
          <w:szCs w:val="28"/>
          <w:lang w:eastAsia="ja-JP"/>
        </w:rPr>
        <w:t>カリブ音楽と日本をつなぐ</w:t>
      </w:r>
      <w:r w:rsidRPr="00F244BF">
        <w:rPr>
          <w:rFonts w:asciiTheme="minorBidi" w:eastAsia="ＭＳ Ｐゴシック" w:hAnsiTheme="minorBidi" w:cstheme="minorBidi"/>
          <w:b/>
          <w:bCs/>
          <w:color w:val="FD5CCE"/>
          <w:sz w:val="28"/>
          <w:szCs w:val="28"/>
          <w:lang w:eastAsia="ja-JP"/>
        </w:rPr>
        <w:t xml:space="preserve"> selector HEMO</w:t>
      </w:r>
      <w:r w:rsidRPr="00F244BF">
        <w:rPr>
          <w:rFonts w:asciiTheme="minorBidi" w:eastAsia="ＭＳ Ｐゴシック" w:hAnsiTheme="minorBidi" w:cstheme="minorBidi"/>
          <w:b/>
          <w:bCs/>
          <w:color w:val="FD5CCE"/>
          <w:sz w:val="28"/>
          <w:szCs w:val="28"/>
          <w:lang w:eastAsia="ja-JP"/>
        </w:rPr>
        <w:t>、第</w:t>
      </w:r>
      <w:r w:rsidRPr="00F244BF">
        <w:rPr>
          <w:rFonts w:asciiTheme="minorBidi" w:eastAsia="ＭＳ Ｐゴシック" w:hAnsiTheme="minorBidi" w:cstheme="minorBidi"/>
          <w:b/>
          <w:bCs/>
          <w:color w:val="FD5CCE"/>
          <w:sz w:val="28"/>
          <w:szCs w:val="28"/>
          <w:lang w:eastAsia="ja-JP"/>
        </w:rPr>
        <w:t>2</w:t>
      </w:r>
      <w:r w:rsidRPr="00F244BF">
        <w:rPr>
          <w:rFonts w:asciiTheme="minorBidi" w:eastAsia="ＭＳ Ｐゴシック" w:hAnsiTheme="minorBidi" w:cstheme="minorBidi"/>
          <w:b/>
          <w:bCs/>
          <w:color w:val="FD5CCE"/>
          <w:sz w:val="28"/>
          <w:szCs w:val="28"/>
          <w:lang w:eastAsia="ja-JP"/>
        </w:rPr>
        <w:t>弾リリース！</w:t>
      </w:r>
      <w:r w:rsidRPr="00F244BF">
        <w:rPr>
          <w:rFonts w:ascii="Apple Color Emoji" w:eastAsia="ＭＳ Ｐゴシック" w:hAnsi="Apple Color Emoji" w:cs="Apple Color Emoji"/>
          <w:b/>
          <w:bCs/>
          <w:color w:val="FD5CCE"/>
          <w:sz w:val="28"/>
          <w:szCs w:val="28"/>
          <w:lang w:eastAsia="ja-JP"/>
        </w:rPr>
        <w:t>🔥</w:t>
      </w:r>
    </w:p>
    <w:p w:rsidR="00F244BF" w:rsidRPr="00F244BF" w:rsidRDefault="00F244BF" w:rsidP="00F244BF">
      <w:pPr>
        <w:pStyle w:val="aa"/>
        <w:jc w:val="center"/>
        <w:rPr>
          <w:rFonts w:ascii="Apple Color Emoji" w:eastAsia="ＭＳ Ｐゴシック" w:hAnsi="Apple Color Emoji" w:cs="Apple Color Emoji"/>
          <w:b/>
          <w:bCs/>
          <w:color w:val="FD5CCE"/>
          <w:sz w:val="28"/>
          <w:szCs w:val="28"/>
          <w:lang w:eastAsia="ja-JP"/>
        </w:rPr>
      </w:pPr>
      <w:proofErr w:type="gramStart"/>
      <w:r w:rsidRPr="00F244BF">
        <w:rPr>
          <w:rFonts w:asciiTheme="minorBidi" w:eastAsia="ＭＳ Ｐゴシック" w:hAnsiTheme="minorBidi" w:cstheme="minorBidi"/>
          <w:b/>
          <w:bCs/>
          <w:color w:val="FD5CCE"/>
          <w:sz w:val="28"/>
          <w:szCs w:val="28"/>
          <w:lang w:eastAsia="ja-JP"/>
        </w:rPr>
        <w:t>ぶっ</w:t>
      </w:r>
      <w:proofErr w:type="gramEnd"/>
      <w:r w:rsidRPr="00F244BF">
        <w:rPr>
          <w:rFonts w:asciiTheme="minorBidi" w:eastAsia="ＭＳ Ｐゴシック" w:hAnsiTheme="minorBidi" w:cstheme="minorBidi"/>
          <w:b/>
          <w:bCs/>
          <w:color w:val="FD5CCE"/>
          <w:sz w:val="28"/>
          <w:szCs w:val="28"/>
          <w:lang w:eastAsia="ja-JP"/>
        </w:rPr>
        <w:t>ちぎりの夏開幕！スティールパンと心踊るトロピカル・ソカサウンド</w:t>
      </w:r>
      <w:r w:rsidRPr="00F244BF">
        <w:rPr>
          <w:rFonts w:ascii="Apple Color Emoji" w:eastAsia="ＭＳ Ｐゴシック" w:hAnsi="Apple Color Emoji" w:cs="Apple Color Emoji"/>
          <w:b/>
          <w:bCs/>
          <w:color w:val="FD5CCE"/>
          <w:sz w:val="28"/>
          <w:szCs w:val="28"/>
          <w:lang w:eastAsia="ja-JP"/>
        </w:rPr>
        <w:t>🌴</w:t>
      </w:r>
    </w:p>
    <w:p w:rsidR="00B667B1" w:rsidRPr="00C24505" w:rsidRDefault="00000000" w:rsidP="00F244BF">
      <w:pPr>
        <w:pStyle w:val="aa"/>
        <w:jc w:val="center"/>
        <w:rPr>
          <w:rFonts w:ascii="ＭＳ Ｐゴシック" w:eastAsia="ＭＳ Ｐゴシック" w:hAnsi="ＭＳ Ｐゴシック"/>
          <w:b/>
          <w:bCs/>
          <w:sz w:val="44"/>
          <w:szCs w:val="44"/>
          <w:lang w:eastAsia="ja-JP"/>
        </w:rPr>
      </w:pPr>
      <w:r w:rsidRPr="00C24505">
        <w:rPr>
          <w:rFonts w:ascii="ＭＳ Ｐゴシック" w:eastAsia="ＭＳ Ｐゴシック" w:hAnsi="ＭＳ Ｐゴシック"/>
          <w:b/>
          <w:bCs/>
          <w:sz w:val="44"/>
          <w:szCs w:val="44"/>
          <w:lang w:eastAsia="ja-JP"/>
        </w:rPr>
        <w:t>『踊れミーナ』</w:t>
      </w:r>
    </w:p>
    <w:p w:rsidR="00D43D46" w:rsidRPr="00F16307" w:rsidRDefault="00CA1343" w:rsidP="00CA1343">
      <w:pPr>
        <w:jc w:val="center"/>
        <w:rPr>
          <w:rFonts w:ascii="ＭＳ Ｐゴシック" w:eastAsia="ＭＳ Ｐゴシック" w:hAnsi="ＭＳ Ｐゴシック"/>
          <w:lang w:eastAsia="ja-JP"/>
        </w:rPr>
      </w:pPr>
      <w:r w:rsidRPr="00F16307">
        <w:rPr>
          <w:rFonts w:ascii="ＭＳ Ｐゴシック" w:eastAsia="ＭＳ Ｐゴシック" w:hAnsi="ＭＳ Ｐゴシック" w:hint="eastAsia"/>
          <w:noProof/>
          <w:lang w:eastAsia="ja-JP"/>
        </w:rPr>
        <w:drawing>
          <wp:inline distT="0" distB="0" distL="0" distR="0">
            <wp:extent cx="2590800" cy="2590800"/>
            <wp:effectExtent l="0" t="0" r="0" b="0"/>
            <wp:docPr id="193858278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82786" name="図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07" w:rsidRPr="004E16B7" w:rsidRDefault="00DE3425" w:rsidP="00F16307">
      <w:pPr>
        <w:spacing w:after="0"/>
        <w:jc w:val="center"/>
        <w:rPr>
          <w:rFonts w:ascii="ＭＳ Ｐゴシック" w:eastAsia="ＭＳ Ｐゴシック" w:hAnsi="ＭＳ Ｐゴシック"/>
          <w:b/>
          <w:bCs/>
          <w:color w:val="FF0000"/>
          <w:sz w:val="21"/>
          <w:szCs w:val="21"/>
          <w:u w:val="single"/>
          <w:lang w:eastAsia="ja-JP"/>
        </w:rPr>
      </w:pPr>
      <w:r w:rsidRPr="004E16B7">
        <w:rPr>
          <mc:AlternateContent>
            <mc:Choice Requires="w16se">
              <w:rFonts w:ascii="ＭＳ Ｐゴシック" w:eastAsia="ＭＳ Ｐゴシック" w:hAnsi="ＭＳ Ｐゴシック" w:hint="eastAsia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bCs/>
          <w:color w:val="FF0000"/>
          <w:sz w:val="21"/>
          <w:szCs w:val="21"/>
          <w:lang w:eastAsia="ja-JP"/>
        </w:rPr>
        <mc:AlternateContent>
          <mc:Choice Requires="w16se">
            <w16se:symEx w16se:font="Apple Color Emoji" w16se:char="26A0"/>
          </mc:Choice>
          <mc:Fallback>
            <w:t>⚠</w:t>
          </mc:Fallback>
        </mc:AlternateContent>
      </w:r>
      <w:r w:rsidRPr="004E16B7">
        <w:rPr>
          <w:rFonts w:ascii="ＭＳ Ｐゴシック" w:eastAsia="ＭＳ Ｐゴシック" w:hAnsi="ＭＳ Ｐゴシック" w:hint="eastAsia"/>
          <w:b/>
          <w:bCs/>
          <w:color w:val="FF0000"/>
          <w:sz w:val="21"/>
          <w:szCs w:val="21"/>
          <w:lang w:eastAsia="ja-JP"/>
        </w:rPr>
        <w:t>️速報！</w:t>
      </w:r>
      <w:r w:rsidR="00F16307" w:rsidRPr="004E16B7">
        <w:rPr>
          <w:rFonts w:ascii="ＭＳ Ｐゴシック" w:eastAsia="ＭＳ Ｐゴシック" w:hAnsi="ＭＳ Ｐゴシック"/>
          <w:b/>
          <w:bCs/>
          <w:color w:val="FF0000"/>
          <w:sz w:val="21"/>
          <w:szCs w:val="21"/>
          <w:u w:val="single"/>
          <w:lang w:eastAsia="ja-JP"/>
        </w:rPr>
        <w:t>！</w:t>
      </w:r>
      <w:r w:rsidRPr="004E16B7">
        <w:rPr>
          <w:rFonts w:ascii="ＭＳ Ｐゴシック" w:eastAsia="ＭＳ Ｐゴシック" w:hAnsi="ＭＳ Ｐゴシック" w:hint="eastAsia"/>
          <w:b/>
          <w:bCs/>
          <w:color w:val="FF0000"/>
          <w:sz w:val="21"/>
          <w:szCs w:val="21"/>
          <w:u w:val="single"/>
          <w:lang w:eastAsia="ja-JP"/>
        </w:rPr>
        <w:t>8</w:t>
      </w:r>
      <w:r w:rsidRPr="004E16B7">
        <w:rPr>
          <w:rFonts w:ascii="ＭＳ Ｐゴシック" w:eastAsia="ＭＳ Ｐゴシック" w:hAnsi="ＭＳ Ｐゴシック"/>
          <w:b/>
          <w:bCs/>
          <w:color w:val="FF0000"/>
          <w:sz w:val="21"/>
          <w:szCs w:val="21"/>
          <w:u w:val="single"/>
          <w:lang w:eastAsia="ja-JP"/>
        </w:rPr>
        <w:t>月</w:t>
      </w:r>
      <w:r w:rsidR="00F16307" w:rsidRPr="004E16B7">
        <w:rPr>
          <w:rFonts w:ascii="ＭＳ Ｐゴシック" w:eastAsia="ＭＳ Ｐゴシック" w:hAnsi="ＭＳ Ｐゴシック" w:hint="eastAsia"/>
          <w:b/>
          <w:bCs/>
          <w:color w:val="FF0000"/>
          <w:sz w:val="21"/>
          <w:szCs w:val="21"/>
          <w:u w:val="single"/>
          <w:lang w:eastAsia="ja-JP"/>
        </w:rPr>
        <w:t>7</w:t>
      </w:r>
      <w:r w:rsidRPr="004E16B7">
        <w:rPr>
          <w:rFonts w:ascii="ＭＳ Ｐゴシック" w:eastAsia="ＭＳ Ｐゴシック" w:hAnsi="ＭＳ Ｐゴシック"/>
          <w:b/>
          <w:bCs/>
          <w:color w:val="FF0000"/>
          <w:sz w:val="21"/>
          <w:szCs w:val="21"/>
          <w:u w:val="single"/>
          <w:lang w:eastAsia="ja-JP"/>
        </w:rPr>
        <w:t>日大阪・関西万博 トリニダード・トバゴナショナルデー</w:t>
      </w:r>
      <w:r w:rsidR="00F16307" w:rsidRPr="004E16B7">
        <w:rPr>
          <w:rFonts w:ascii="ＭＳ Ｐゴシック" w:eastAsia="ＭＳ Ｐゴシック" w:hAnsi="ＭＳ Ｐゴシック" w:hint="eastAsia"/>
          <w:b/>
          <w:bCs/>
          <w:color w:val="FF0000"/>
          <w:sz w:val="21"/>
          <w:szCs w:val="21"/>
          <w:u w:val="single"/>
          <w:lang w:eastAsia="ja-JP"/>
        </w:rPr>
        <w:t xml:space="preserve"> </w:t>
      </w:r>
      <w:r w:rsidR="00826C46" w:rsidRPr="004E16B7">
        <w:rPr>
          <w:rFonts w:ascii="ＭＳ Ｐゴシック" w:eastAsia="ＭＳ Ｐゴシック" w:hAnsi="ＭＳ Ｐゴシック" w:hint="eastAsia"/>
          <w:b/>
          <w:bCs/>
          <w:color w:val="FF0000"/>
          <w:sz w:val="21"/>
          <w:szCs w:val="21"/>
          <w:u w:val="single"/>
          <w:lang w:eastAsia="ja-JP"/>
        </w:rPr>
        <w:t>、</w:t>
      </w:r>
    </w:p>
    <w:p w:rsidR="00890862" w:rsidRDefault="00F16307" w:rsidP="00890862">
      <w:pPr>
        <w:jc w:val="center"/>
        <w:rPr>
          <w:rFonts w:ascii="ＭＳ Ｐゴシック" w:eastAsia="ＭＳ Ｐゴシック" w:hAnsi="ＭＳ Ｐゴシック"/>
          <w:b/>
          <w:bCs/>
          <w:color w:val="FF0000"/>
          <w:sz w:val="21"/>
          <w:szCs w:val="21"/>
          <w:u w:val="single"/>
          <w:lang w:eastAsia="ja-JP"/>
        </w:rPr>
      </w:pPr>
      <w:r w:rsidRPr="004E16B7">
        <w:rPr>
          <w:rFonts w:ascii="ＭＳ Ｐゴシック" w:eastAsia="ＭＳ Ｐゴシック" w:hAnsi="ＭＳ Ｐゴシック"/>
          <w:b/>
          <w:bCs/>
          <w:color w:val="FF0000"/>
          <w:sz w:val="21"/>
          <w:szCs w:val="21"/>
          <w:u w:val="single"/>
          <w:lang w:eastAsia="ja-JP"/>
        </w:rPr>
        <w:t>8月11</w:t>
      </w:r>
      <w:r w:rsidRPr="004E16B7">
        <w:rPr>
          <w:rFonts w:ascii="ＭＳ Ｐゴシック" w:eastAsia="ＭＳ Ｐゴシック" w:hAnsi="ＭＳ Ｐゴシック" w:hint="eastAsia"/>
          <w:b/>
          <w:bCs/>
          <w:color w:val="FF0000"/>
          <w:sz w:val="21"/>
          <w:szCs w:val="21"/>
          <w:u w:val="single"/>
          <w:lang w:eastAsia="ja-JP"/>
        </w:rPr>
        <w:t>日高知よさこい祭り</w:t>
      </w:r>
      <w:r w:rsidR="004E16B7">
        <w:rPr>
          <w:rFonts w:ascii="ＭＳ Ｐゴシック" w:eastAsia="ＭＳ Ｐゴシック" w:hAnsi="ＭＳ Ｐゴシック" w:hint="eastAsia"/>
          <w:b/>
          <w:bCs/>
          <w:color w:val="FF0000"/>
          <w:sz w:val="21"/>
          <w:szCs w:val="21"/>
          <w:u w:val="single"/>
          <w:lang w:eastAsia="ja-JP"/>
        </w:rPr>
        <w:t>、</w:t>
      </w:r>
      <w:r w:rsidR="00DE3425" w:rsidRPr="004E16B7">
        <w:rPr>
          <w:rFonts w:ascii="ＭＳ Ｐゴシック" w:eastAsia="ＭＳ Ｐゴシック" w:hAnsi="ＭＳ Ｐゴシック" w:hint="eastAsia"/>
          <w:b/>
          <w:bCs/>
          <w:color w:val="FF0000"/>
          <w:sz w:val="21"/>
          <w:szCs w:val="21"/>
          <w:u w:val="single"/>
          <w:lang w:eastAsia="ja-JP"/>
        </w:rPr>
        <w:t>出</w:t>
      </w:r>
      <w:r w:rsidR="00DE3425" w:rsidRPr="004E16B7">
        <w:rPr>
          <w:rFonts w:ascii="ＭＳ Ｐゴシック" w:eastAsia="ＭＳ Ｐゴシック" w:hAnsi="ＭＳ Ｐゴシック"/>
          <w:b/>
          <w:bCs/>
          <w:color w:val="FF0000"/>
          <w:sz w:val="21"/>
          <w:szCs w:val="21"/>
          <w:u w:val="single"/>
          <w:lang w:eastAsia="ja-JP"/>
        </w:rPr>
        <w:t>演決定！</w:t>
      </w:r>
    </w:p>
    <w:p w:rsidR="00A86016" w:rsidRPr="004E16B7" w:rsidRDefault="00A86016" w:rsidP="00890862">
      <w:pPr>
        <w:jc w:val="center"/>
        <w:rPr>
          <w:rFonts w:ascii="ＭＳ Ｐゴシック" w:eastAsia="ＭＳ Ｐゴシック" w:hAnsi="ＭＳ Ｐゴシック" w:hint="eastAsia"/>
          <w:b/>
          <w:bCs/>
          <w:color w:val="FF0000"/>
          <w:sz w:val="21"/>
          <w:szCs w:val="21"/>
          <w:u w:val="single"/>
          <w:lang w:eastAsia="ja-JP"/>
        </w:rPr>
      </w:pPr>
    </w:p>
    <w:p w:rsidR="00B667B1" w:rsidRDefault="00324B22" w:rsidP="00890862">
      <w:pPr>
        <w:jc w:val="center"/>
        <w:rPr>
          <w:rFonts w:ascii="ＭＳ Ｐゴシック" w:eastAsia="ＭＳ Ｐゴシック" w:hAnsi="ＭＳ Ｐゴシック"/>
          <w:b/>
          <w:bCs/>
          <w:sz w:val="24"/>
          <w:szCs w:val="24"/>
          <w:u w:val="single"/>
          <w:lang w:eastAsia="ja-JP"/>
        </w:rPr>
      </w:pPr>
      <w:r w:rsidRPr="00F244BF">
        <w:rPr>
          <w:rFonts w:ascii="ＭＳ Ｐゴシック" w:eastAsia="ＭＳ Ｐゴシック" w:hAnsi="ＭＳ Ｐゴシック" w:hint="eastAsia"/>
          <w:b/>
          <w:bCs/>
          <w:sz w:val="24"/>
          <w:szCs w:val="24"/>
          <w:u w:val="single"/>
          <w:lang w:eastAsia="ja-JP"/>
        </w:rPr>
        <w:t>踊れミーナ</w:t>
      </w:r>
      <w:r w:rsidRPr="00F244BF">
        <w:rPr>
          <w:rFonts w:ascii="ＭＳ Ｐゴシック" w:eastAsia="ＭＳ Ｐゴシック" w:hAnsi="ＭＳ Ｐゴシック"/>
          <w:b/>
          <w:bCs/>
          <w:sz w:val="24"/>
          <w:szCs w:val="24"/>
          <w:u w:val="single"/>
          <w:lang w:eastAsia="ja-JP"/>
        </w:rPr>
        <w:t xml:space="preserve">/ </w:t>
      </w:r>
      <w:r w:rsidR="00C24505" w:rsidRPr="00F244BF">
        <w:rPr>
          <w:rFonts w:ascii="ＭＳ Ｐゴシック" w:eastAsia="ＭＳ Ｐゴシック" w:hAnsi="ＭＳ Ｐゴシック"/>
          <w:b/>
          <w:bCs/>
          <w:sz w:val="24"/>
          <w:szCs w:val="24"/>
          <w:u w:val="single"/>
          <w:lang w:eastAsia="ja-JP"/>
        </w:rPr>
        <w:t xml:space="preserve">BARBIE JAPAN♡ × CHOP STICK × selector HEMO（LIME </w:t>
      </w:r>
      <w:r w:rsidR="00F16307" w:rsidRPr="00F244BF">
        <w:rPr>
          <w:rFonts w:ascii="ＭＳ Ｐゴシック" w:eastAsia="ＭＳ Ｐゴシック" w:hAnsi="ＭＳ Ｐゴシック"/>
          <w:b/>
          <w:bCs/>
          <w:sz w:val="24"/>
          <w:szCs w:val="24"/>
          <w:u w:val="single"/>
          <w:lang w:eastAsia="ja-JP"/>
        </w:rPr>
        <w:t>r</w:t>
      </w:r>
      <w:r w:rsidR="00C24505" w:rsidRPr="00F244BF">
        <w:rPr>
          <w:rFonts w:ascii="ＭＳ Ｐゴシック" w:eastAsia="ＭＳ Ｐゴシック" w:hAnsi="ＭＳ Ｐゴシック"/>
          <w:b/>
          <w:bCs/>
          <w:sz w:val="24"/>
          <w:szCs w:val="24"/>
          <w:u w:val="single"/>
          <w:lang w:eastAsia="ja-JP"/>
        </w:rPr>
        <w:t>ecords）</w:t>
      </w:r>
    </w:p>
    <w:p w:rsidR="00890862" w:rsidRPr="003A50A4" w:rsidRDefault="00890862" w:rsidP="003A50A4">
      <w:pPr>
        <w:jc w:val="center"/>
        <w:rPr>
          <w:color w:val="FF0000"/>
          <w:lang w:eastAsia="ja-JP"/>
        </w:rPr>
      </w:pPr>
      <w:r>
        <w:rPr>
          <w:lang w:eastAsia="ja-JP"/>
        </w:rPr>
        <w:t>カリブ海発祥のダンス音楽</w:t>
      </w:r>
      <w:r>
        <w:rPr>
          <w:lang w:eastAsia="ja-JP"/>
        </w:rPr>
        <w:t>“SOCA</w:t>
      </w:r>
      <w:r>
        <w:rPr>
          <w:lang w:eastAsia="ja-JP"/>
        </w:rPr>
        <w:t>（ソカ）</w:t>
      </w:r>
      <w:r>
        <w:rPr>
          <w:lang w:eastAsia="ja-JP"/>
        </w:rPr>
        <w:t>”</w:t>
      </w:r>
      <w:r>
        <w:rPr>
          <w:lang w:eastAsia="ja-JP"/>
        </w:rPr>
        <w:t>を日本に紹介してきた</w:t>
      </w:r>
      <w:r>
        <w:rPr>
          <w:lang w:eastAsia="ja-JP"/>
        </w:rPr>
        <w:t>selector HEMO</w:t>
      </w:r>
      <w:r>
        <w:rPr>
          <w:lang w:eastAsia="ja-JP"/>
        </w:rPr>
        <w:t>（</w:t>
      </w:r>
      <w:r>
        <w:rPr>
          <w:lang w:eastAsia="ja-JP"/>
        </w:rPr>
        <w:t>LIME Records</w:t>
      </w:r>
      <w:r>
        <w:rPr>
          <w:lang w:eastAsia="ja-JP"/>
        </w:rPr>
        <w:t>）が、この夏プロデュース第</w:t>
      </w:r>
      <w:r>
        <w:rPr>
          <w:lang w:eastAsia="ja-JP"/>
        </w:rPr>
        <w:t>2</w:t>
      </w:r>
      <w:r>
        <w:rPr>
          <w:lang w:eastAsia="ja-JP"/>
        </w:rPr>
        <w:t>弾として送る『踊れミーナ』。</w:t>
      </w:r>
      <w:r>
        <w:rPr>
          <w:lang w:eastAsia="ja-JP"/>
        </w:rPr>
        <w:t>BARBIE JAPAN♡</w:t>
      </w:r>
      <w:r>
        <w:rPr>
          <w:lang w:eastAsia="ja-JP"/>
        </w:rPr>
        <w:t>と</w:t>
      </w:r>
      <w:r>
        <w:rPr>
          <w:lang w:eastAsia="ja-JP"/>
        </w:rPr>
        <w:t>CHOP STICK</w:t>
      </w:r>
      <w:r>
        <w:rPr>
          <w:lang w:eastAsia="ja-JP"/>
        </w:rPr>
        <w:t>の異色タッグが、スティールパンとドラムの生演奏に乗せて、軽快でトロピカルなパーティチューンを展開。</w:t>
      </w:r>
      <w:r>
        <w:rPr>
          <w:lang w:eastAsia="ja-JP"/>
        </w:rPr>
        <w:t>2025</w:t>
      </w:r>
      <w:r>
        <w:rPr>
          <w:lang w:eastAsia="ja-JP"/>
        </w:rPr>
        <w:t>年</w:t>
      </w:r>
      <w:r>
        <w:rPr>
          <w:lang w:eastAsia="ja-JP"/>
        </w:rPr>
        <w:t>7</w:t>
      </w:r>
      <w:r>
        <w:rPr>
          <w:lang w:eastAsia="ja-JP"/>
        </w:rPr>
        <w:t>月</w:t>
      </w:r>
      <w:r>
        <w:rPr>
          <w:lang w:eastAsia="ja-JP"/>
        </w:rPr>
        <w:t>30</w:t>
      </w:r>
      <w:r>
        <w:rPr>
          <w:lang w:eastAsia="ja-JP"/>
        </w:rPr>
        <w:t>日リリース。</w:t>
      </w:r>
    </w:p>
    <w:p w:rsidR="00B667B1" w:rsidRPr="00F16307" w:rsidRDefault="00000000">
      <w:pPr>
        <w:pStyle w:val="21"/>
        <w:rPr>
          <w:rFonts w:ascii="ＭＳ Ｐゴシック" w:eastAsia="ＭＳ Ｐゴシック" w:hAnsi="ＭＳ Ｐゴシック"/>
          <w:lang w:eastAsia="ja-JP"/>
        </w:rPr>
      </w:pPr>
      <w:r w:rsidRPr="00F16307">
        <w:rPr>
          <w:rFonts w:ascii="ＭＳ Ｐゴシック" w:eastAsia="ＭＳ Ｐゴシック" w:hAnsi="ＭＳ Ｐゴシック"/>
          <w:lang w:eastAsia="ja-JP"/>
        </w:rPr>
        <w:t>キャッチコピー</w:t>
      </w:r>
    </w:p>
    <w:p w:rsidR="00B667B1" w:rsidRPr="00F16307" w:rsidRDefault="00000000">
      <w:pPr>
        <w:rPr>
          <w:rFonts w:ascii="ＭＳ Ｐゴシック" w:eastAsia="ＭＳ Ｐゴシック" w:hAnsi="ＭＳ Ｐゴシック"/>
          <w:lang w:eastAsia="ja-JP"/>
        </w:rPr>
      </w:pPr>
      <w:r w:rsidRPr="00F16307">
        <w:rPr>
          <w:rFonts w:ascii="ＭＳ Ｐゴシック" w:eastAsia="ＭＳ Ｐゴシック" w:hAnsi="ＭＳ Ｐゴシック"/>
          <w:lang w:eastAsia="ja-JP"/>
        </w:rPr>
        <w:t>心を解き放て、リズムに委ねろ――この夏の</w:t>
      </w:r>
      <w:proofErr w:type="gramStart"/>
      <w:r w:rsidRPr="00F16307">
        <w:rPr>
          <w:rFonts w:ascii="ＭＳ Ｐゴシック" w:eastAsia="ＭＳ Ｐゴシック" w:hAnsi="ＭＳ Ｐゴシック"/>
          <w:lang w:eastAsia="ja-JP"/>
        </w:rPr>
        <w:t>ぶっ</w:t>
      </w:r>
      <w:proofErr w:type="gramEnd"/>
      <w:r w:rsidRPr="00F16307">
        <w:rPr>
          <w:rFonts w:ascii="ＭＳ Ｐゴシック" w:eastAsia="ＭＳ Ｐゴシック" w:hAnsi="ＭＳ Ｐゴシック"/>
          <w:lang w:eastAsia="ja-JP"/>
        </w:rPr>
        <w:t>ちぎり！踊れミーナ、いざ開幕！</w:t>
      </w:r>
    </w:p>
    <w:p w:rsidR="00B667B1" w:rsidRPr="00F16307" w:rsidRDefault="00000000">
      <w:pPr>
        <w:pStyle w:val="21"/>
        <w:rPr>
          <w:rFonts w:ascii="ＭＳ Ｐゴシック" w:eastAsia="ＭＳ Ｐゴシック" w:hAnsi="ＭＳ Ｐゴシック"/>
          <w:lang w:eastAsia="ja-JP"/>
        </w:rPr>
      </w:pPr>
      <w:r w:rsidRPr="00F16307">
        <w:rPr>
          <w:rFonts w:ascii="ＭＳ Ｐゴシック" w:eastAsia="ＭＳ Ｐゴシック" w:hAnsi="ＭＳ Ｐゴシック"/>
          <w:lang w:eastAsia="ja-JP"/>
        </w:rPr>
        <w:t>楽曲紹介</w:t>
      </w:r>
    </w:p>
    <w:p w:rsidR="00B667B1" w:rsidRPr="00F16307" w:rsidRDefault="00000000">
      <w:pPr>
        <w:rPr>
          <w:rFonts w:ascii="ＭＳ Ｐゴシック" w:eastAsia="ＭＳ Ｐゴシック" w:hAnsi="ＭＳ Ｐゴシック"/>
          <w:lang w:eastAsia="ja-JP"/>
        </w:rPr>
      </w:pPr>
      <w:r w:rsidRPr="00F16307">
        <w:rPr>
          <w:rFonts w:ascii="ＭＳ Ｐゴシック" w:eastAsia="ＭＳ Ｐゴシック" w:hAnsi="ＭＳ Ｐゴシック"/>
          <w:lang w:eastAsia="ja-JP"/>
        </w:rPr>
        <w:t>体も心も踊り出す軽快な</w:t>
      </w:r>
      <w:proofErr w:type="spellStart"/>
      <w:r w:rsidR="00F16307">
        <w:rPr>
          <w:rFonts w:ascii="ＭＳ Ｐゴシック" w:eastAsia="ＭＳ Ｐゴシック" w:hAnsi="ＭＳ Ｐゴシック" w:hint="eastAsia"/>
          <w:lang w:eastAsia="ja-JP"/>
        </w:rPr>
        <w:t>S</w:t>
      </w:r>
      <w:r w:rsidR="00F16307">
        <w:rPr>
          <w:rFonts w:ascii="ＭＳ Ｐゴシック" w:eastAsia="ＭＳ Ｐゴシック" w:hAnsi="ＭＳ Ｐゴシック"/>
          <w:lang w:eastAsia="ja-JP"/>
        </w:rPr>
        <w:t>oca</w:t>
      </w:r>
      <w:proofErr w:type="spellEnd"/>
      <w:r w:rsidR="00F16307">
        <w:rPr>
          <w:rFonts w:ascii="ＭＳ Ｐゴシック" w:eastAsia="ＭＳ Ｐゴシック" w:hAnsi="ＭＳ Ｐゴシック"/>
          <w:lang w:eastAsia="ja-JP"/>
        </w:rPr>
        <w:t xml:space="preserve"> </w:t>
      </w:r>
      <w:r w:rsidR="00F16307">
        <w:rPr>
          <w:rFonts w:ascii="ＭＳ Ｐゴシック" w:eastAsia="ＭＳ Ｐゴシック" w:hAnsi="ＭＳ Ｐゴシック" w:hint="eastAsia"/>
          <w:lang w:eastAsia="ja-JP"/>
        </w:rPr>
        <w:t>（</w:t>
      </w:r>
      <w:r w:rsidRPr="00F16307">
        <w:rPr>
          <w:rFonts w:ascii="ＭＳ Ｐゴシック" w:eastAsia="ＭＳ Ｐゴシック" w:hAnsi="ＭＳ Ｐゴシック" w:hint="eastAsia"/>
          <w:lang w:eastAsia="ja-JP"/>
        </w:rPr>
        <w:t>ソ</w:t>
      </w:r>
      <w:r w:rsidRPr="00F16307">
        <w:rPr>
          <w:rFonts w:ascii="ＭＳ Ｐゴシック" w:eastAsia="ＭＳ Ｐゴシック" w:hAnsi="ＭＳ Ｐゴシック"/>
          <w:lang w:eastAsia="ja-JP"/>
        </w:rPr>
        <w:t>カ</w:t>
      </w:r>
      <w:r w:rsidR="00F16307">
        <w:rPr>
          <w:rFonts w:ascii="ＭＳ Ｐゴシック" w:eastAsia="ＭＳ Ｐゴシック" w:hAnsi="ＭＳ Ｐゴシック"/>
          <w:lang w:eastAsia="ja-JP"/>
        </w:rPr>
        <w:t xml:space="preserve">） </w:t>
      </w:r>
      <w:r w:rsidRPr="00F16307">
        <w:rPr>
          <w:rFonts w:ascii="ＭＳ Ｐゴシック" w:eastAsia="ＭＳ Ｐゴシック" w:hAnsi="ＭＳ Ｐゴシック"/>
          <w:lang w:eastAsia="ja-JP"/>
        </w:rPr>
        <w:t>チューン。リズムに合わせてワイン＆ジャンプ！スティールパンとドラムの生演奏</w:t>
      </w:r>
      <w:r w:rsidR="00C24505">
        <w:rPr>
          <w:rFonts w:ascii="ＭＳ Ｐゴシック" w:eastAsia="ＭＳ Ｐゴシック" w:hAnsi="ＭＳ Ｐゴシック" w:hint="eastAsia"/>
          <w:lang w:eastAsia="ja-JP"/>
        </w:rPr>
        <w:t>と、最強コンビのタッグで</w:t>
      </w:r>
      <w:r w:rsidRPr="00F16307">
        <w:rPr>
          <w:rFonts w:ascii="ＭＳ Ｐゴシック" w:eastAsia="ＭＳ Ｐゴシック" w:hAnsi="ＭＳ Ｐゴシック"/>
          <w:lang w:eastAsia="ja-JP"/>
        </w:rPr>
        <w:t>夏のパーティを一層熱く盛り上げます。</w:t>
      </w:r>
    </w:p>
    <w:p w:rsidR="00B667B1" w:rsidRPr="00F16307" w:rsidRDefault="00000000">
      <w:pPr>
        <w:pStyle w:val="21"/>
        <w:rPr>
          <w:rFonts w:ascii="ＭＳ Ｐゴシック" w:eastAsia="ＭＳ Ｐゴシック" w:hAnsi="ＭＳ Ｐゴシック"/>
          <w:sz w:val="18"/>
          <w:szCs w:val="18"/>
          <w:lang w:eastAsia="ja-JP"/>
        </w:rPr>
      </w:pP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t>リリース情報</w:t>
      </w:r>
    </w:p>
    <w:p w:rsidR="00B667B1" w:rsidRPr="00F16307" w:rsidRDefault="00000000" w:rsidP="00F16307">
      <w:pPr>
        <w:spacing w:after="0"/>
        <w:rPr>
          <w:rFonts w:ascii="ＭＳ Ｐゴシック" w:eastAsia="ＭＳ Ｐゴシック" w:hAnsi="ＭＳ Ｐゴシック"/>
          <w:sz w:val="18"/>
          <w:szCs w:val="18"/>
          <w:lang w:eastAsia="ja-JP"/>
        </w:rPr>
      </w:pP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t>タイトル：踊れミーナ</w:t>
      </w:r>
    </w:p>
    <w:p w:rsidR="00B667B1" w:rsidRPr="00F16307" w:rsidRDefault="00000000" w:rsidP="00F16307">
      <w:pPr>
        <w:spacing w:after="0"/>
        <w:rPr>
          <w:rFonts w:ascii="ＭＳ Ｐゴシック" w:eastAsia="ＭＳ Ｐゴシック" w:hAnsi="ＭＳ Ｐゴシック"/>
          <w:sz w:val="18"/>
          <w:szCs w:val="18"/>
        </w:rPr>
      </w:pPr>
      <w:r w:rsidRPr="00F16307">
        <w:rPr>
          <w:rFonts w:ascii="ＭＳ Ｐゴシック" w:eastAsia="ＭＳ Ｐゴシック" w:hAnsi="ＭＳ Ｐゴシック"/>
          <w:sz w:val="18"/>
          <w:szCs w:val="18"/>
        </w:rPr>
        <w:t>アーティスト：BARBIE JAPAN♡ × CHOP STICK</w:t>
      </w:r>
    </w:p>
    <w:p w:rsidR="00B667B1" w:rsidRPr="00F16307" w:rsidRDefault="00000000" w:rsidP="00F16307">
      <w:pPr>
        <w:spacing w:after="0"/>
        <w:rPr>
          <w:rFonts w:ascii="ＭＳ Ｐゴシック" w:eastAsia="ＭＳ Ｐゴシック" w:hAnsi="ＭＳ Ｐゴシック"/>
          <w:sz w:val="18"/>
          <w:szCs w:val="18"/>
        </w:rPr>
      </w:pPr>
      <w:r w:rsidRPr="00F16307">
        <w:rPr>
          <w:rFonts w:ascii="ＭＳ Ｐゴシック" w:eastAsia="ＭＳ Ｐゴシック" w:hAnsi="ＭＳ Ｐゴシック"/>
          <w:sz w:val="18"/>
          <w:szCs w:val="18"/>
        </w:rPr>
        <w:t>配信日：2025年7月30日（水）</w:t>
      </w:r>
    </w:p>
    <w:p w:rsidR="00B667B1" w:rsidRPr="00F16307" w:rsidRDefault="00000000" w:rsidP="00F16307">
      <w:pPr>
        <w:spacing w:after="0"/>
        <w:rPr>
          <w:rFonts w:ascii="ＭＳ Ｐゴシック" w:eastAsia="ＭＳ Ｐゴシック" w:hAnsi="ＭＳ Ｐゴシック"/>
          <w:sz w:val="16"/>
          <w:szCs w:val="16"/>
        </w:rPr>
      </w:pPr>
      <w:proofErr w:type="spellStart"/>
      <w:r w:rsidRPr="00F16307">
        <w:rPr>
          <w:rFonts w:ascii="ＭＳ Ｐゴシック" w:eastAsia="ＭＳ Ｐゴシック" w:hAnsi="ＭＳ Ｐゴシック"/>
          <w:sz w:val="16"/>
          <w:szCs w:val="16"/>
        </w:rPr>
        <w:t>レーベル：LIME</w:t>
      </w:r>
      <w:proofErr w:type="spellEnd"/>
      <w:r w:rsidRPr="00F16307">
        <w:rPr>
          <w:rFonts w:ascii="ＭＳ Ｐゴシック" w:eastAsia="ＭＳ Ｐゴシック" w:hAnsi="ＭＳ Ｐゴシック"/>
          <w:sz w:val="16"/>
          <w:szCs w:val="16"/>
        </w:rPr>
        <w:t xml:space="preserve"> Records</w:t>
      </w:r>
    </w:p>
    <w:p w:rsidR="00B667B1" w:rsidRPr="00F16307" w:rsidRDefault="00000000" w:rsidP="00F16307">
      <w:pPr>
        <w:spacing w:after="0"/>
        <w:rPr>
          <w:rFonts w:ascii="ＭＳ Ｐゴシック" w:eastAsia="ＭＳ Ｐゴシック" w:hAnsi="ＭＳ Ｐゴシック"/>
          <w:sz w:val="16"/>
          <w:szCs w:val="16"/>
        </w:rPr>
      </w:pPr>
      <w:r w:rsidRPr="00F16307">
        <w:rPr>
          <w:rFonts w:ascii="ＭＳ Ｐゴシック" w:eastAsia="ＭＳ Ｐゴシック" w:hAnsi="ＭＳ Ｐゴシック"/>
          <w:sz w:val="16"/>
          <w:szCs w:val="16"/>
        </w:rPr>
        <w:t>Produced by selector HEMO（LIME Records）</w:t>
      </w:r>
    </w:p>
    <w:p w:rsidR="00B667B1" w:rsidRPr="00F16307" w:rsidRDefault="00000000" w:rsidP="00F16307">
      <w:pPr>
        <w:spacing w:after="0"/>
        <w:rPr>
          <w:rFonts w:ascii="ＭＳ Ｐゴシック" w:eastAsia="ＭＳ Ｐゴシック" w:hAnsi="ＭＳ Ｐゴシック"/>
          <w:sz w:val="16"/>
          <w:szCs w:val="16"/>
        </w:rPr>
      </w:pPr>
      <w:r w:rsidRPr="00F16307">
        <w:rPr>
          <w:rFonts w:ascii="ＭＳ Ｐゴシック" w:eastAsia="ＭＳ Ｐゴシック" w:hAnsi="ＭＳ Ｐゴシック"/>
          <w:sz w:val="16"/>
          <w:szCs w:val="16"/>
        </w:rPr>
        <w:t>Lyrics：BARBIE JAPAN ♡, CHOP STICK</w:t>
      </w:r>
    </w:p>
    <w:p w:rsidR="00B667B1" w:rsidRPr="00F16307" w:rsidRDefault="00000000" w:rsidP="00C24505">
      <w:pPr>
        <w:spacing w:after="0"/>
        <w:rPr>
          <w:rFonts w:ascii="ＭＳ Ｐゴシック" w:eastAsia="ＭＳ Ｐゴシック" w:hAnsi="ＭＳ Ｐゴシック"/>
          <w:sz w:val="16"/>
          <w:szCs w:val="16"/>
        </w:rPr>
      </w:pPr>
      <w:r w:rsidRPr="00F16307">
        <w:rPr>
          <w:rFonts w:ascii="ＭＳ Ｐゴシック" w:eastAsia="ＭＳ Ｐゴシック" w:hAnsi="ＭＳ Ｐゴシック"/>
          <w:sz w:val="16"/>
          <w:szCs w:val="16"/>
        </w:rPr>
        <w:t>Drum：Lemuel Davis</w:t>
      </w:r>
    </w:p>
    <w:p w:rsidR="00B667B1" w:rsidRPr="00F16307" w:rsidRDefault="00000000" w:rsidP="00F16307">
      <w:pPr>
        <w:spacing w:after="0"/>
        <w:rPr>
          <w:rFonts w:ascii="ＭＳ Ｐゴシック" w:eastAsia="ＭＳ Ｐゴシック" w:hAnsi="ＭＳ Ｐゴシック"/>
          <w:sz w:val="16"/>
          <w:szCs w:val="16"/>
        </w:rPr>
      </w:pPr>
      <w:r w:rsidRPr="00F16307">
        <w:rPr>
          <w:rFonts w:ascii="ＭＳ Ｐゴシック" w:eastAsia="ＭＳ Ｐゴシック" w:hAnsi="ＭＳ Ｐゴシック"/>
          <w:sz w:val="16"/>
          <w:szCs w:val="16"/>
        </w:rPr>
        <w:lastRenderedPageBreak/>
        <w:t>Steelpan：Akio Watanabe</w:t>
      </w:r>
    </w:p>
    <w:p w:rsidR="00B667B1" w:rsidRPr="00F16307" w:rsidRDefault="00000000" w:rsidP="00F16307">
      <w:pPr>
        <w:spacing w:after="0"/>
        <w:rPr>
          <w:rFonts w:ascii="ＭＳ Ｐゴシック" w:eastAsia="ＭＳ Ｐゴシック" w:hAnsi="ＭＳ Ｐゴシック"/>
          <w:sz w:val="16"/>
          <w:szCs w:val="16"/>
        </w:rPr>
      </w:pPr>
      <w:r w:rsidRPr="00F16307">
        <w:rPr>
          <w:rFonts w:ascii="ＭＳ Ｐゴシック" w:eastAsia="ＭＳ Ｐゴシック" w:hAnsi="ＭＳ Ｐゴシック"/>
          <w:sz w:val="16"/>
          <w:szCs w:val="16"/>
        </w:rPr>
        <w:t>Riddim：MAPSYCHE</w:t>
      </w:r>
    </w:p>
    <w:p w:rsidR="00B667B1" w:rsidRPr="00F16307" w:rsidRDefault="00000000" w:rsidP="00F16307">
      <w:pPr>
        <w:spacing w:after="0"/>
        <w:rPr>
          <w:rFonts w:ascii="ＭＳ Ｐゴシック" w:eastAsia="ＭＳ Ｐゴシック" w:hAnsi="ＭＳ Ｐゴシック"/>
          <w:sz w:val="16"/>
          <w:szCs w:val="16"/>
        </w:rPr>
      </w:pPr>
      <w:r w:rsidRPr="00F16307">
        <w:rPr>
          <w:rFonts w:ascii="ＭＳ Ｐゴシック" w:eastAsia="ＭＳ Ｐゴシック" w:hAnsi="ＭＳ Ｐゴシック"/>
          <w:sz w:val="16"/>
          <w:szCs w:val="16"/>
        </w:rPr>
        <w:t>Vocal Recording：DepsyStudio</w:t>
      </w:r>
    </w:p>
    <w:p w:rsidR="00DE3425" w:rsidRPr="00826C46" w:rsidRDefault="00000000" w:rsidP="00F16307">
      <w:pPr>
        <w:spacing w:after="0"/>
        <w:rPr>
          <w:rFonts w:ascii="ＭＳ Ｐゴシック" w:eastAsia="ＭＳ Ｐゴシック" w:hAnsi="ＭＳ Ｐゴシック"/>
          <w:sz w:val="16"/>
          <w:szCs w:val="16"/>
        </w:rPr>
      </w:pPr>
      <w:proofErr w:type="spellStart"/>
      <w:r w:rsidRPr="00826C46">
        <w:rPr>
          <w:rFonts w:ascii="ＭＳ Ｐゴシック" w:eastAsia="ＭＳ Ｐゴシック" w:hAnsi="ＭＳ Ｐゴシック"/>
          <w:sz w:val="16"/>
          <w:szCs w:val="16"/>
        </w:rPr>
        <w:t>Mix：Coconial</w:t>
      </w:r>
      <w:proofErr w:type="spellEnd"/>
      <w:r w:rsidRPr="00826C46">
        <w:rPr>
          <w:rFonts w:ascii="ＭＳ Ｐゴシック" w:eastAsia="ＭＳ Ｐゴシック" w:hAnsi="ＭＳ Ｐゴシック"/>
          <w:sz w:val="16"/>
          <w:szCs w:val="16"/>
        </w:rPr>
        <w:t xml:space="preserve"> Studio, </w:t>
      </w:r>
      <w:proofErr w:type="spellStart"/>
      <w:r w:rsidRPr="00826C46">
        <w:rPr>
          <w:rFonts w:ascii="ＭＳ Ｐゴシック" w:eastAsia="ＭＳ Ｐゴシック" w:hAnsi="ＭＳ Ｐゴシック"/>
          <w:sz w:val="16"/>
          <w:szCs w:val="16"/>
        </w:rPr>
        <w:t>DepsyStudio</w:t>
      </w:r>
      <w:proofErr w:type="spellEnd"/>
      <w:r w:rsidRPr="00826C46">
        <w:rPr>
          <w:rFonts w:ascii="ＭＳ Ｐゴシック" w:eastAsia="ＭＳ Ｐゴシック" w:hAnsi="ＭＳ Ｐゴシック"/>
          <w:sz w:val="16"/>
          <w:szCs w:val="16"/>
        </w:rPr>
        <w:t xml:space="preserve">, </w:t>
      </w:r>
      <w:r w:rsidR="00DE3425" w:rsidRPr="00826C46">
        <w:rPr>
          <w:rFonts w:ascii="ＭＳ Ｐゴシック" w:eastAsia="ＭＳ Ｐゴシック" w:hAnsi="ＭＳ Ｐゴシック"/>
          <w:sz w:val="16"/>
          <w:szCs w:val="16"/>
        </w:rPr>
        <w:t>HUNTER CANCE STUDIO</w:t>
      </w:r>
    </w:p>
    <w:p w:rsidR="00B667B1" w:rsidRPr="00826C46" w:rsidRDefault="00000000" w:rsidP="00F16307">
      <w:pPr>
        <w:spacing w:after="0"/>
        <w:rPr>
          <w:rFonts w:ascii="ＭＳ Ｐゴシック" w:eastAsia="ＭＳ Ｐゴシック" w:hAnsi="ＭＳ Ｐゴシック"/>
          <w:sz w:val="16"/>
          <w:szCs w:val="16"/>
        </w:rPr>
      </w:pPr>
      <w:proofErr w:type="spellStart"/>
      <w:r w:rsidRPr="00826C46">
        <w:rPr>
          <w:rFonts w:ascii="ＭＳ Ｐゴシック" w:eastAsia="ＭＳ Ｐゴシック" w:hAnsi="ＭＳ Ｐゴシック"/>
          <w:sz w:val="16"/>
          <w:szCs w:val="16"/>
        </w:rPr>
        <w:t>Design：mhMARCA</w:t>
      </w:r>
      <w:proofErr w:type="spellEnd"/>
    </w:p>
    <w:p w:rsidR="00F16307" w:rsidRPr="00826C46" w:rsidRDefault="00F16307" w:rsidP="00F16307">
      <w:pPr>
        <w:spacing w:after="0"/>
        <w:rPr>
          <w:rFonts w:ascii="ＭＳ Ｐゴシック" w:eastAsia="ＭＳ Ｐゴシック" w:hAnsi="ＭＳ Ｐゴシック"/>
          <w:sz w:val="16"/>
          <w:szCs w:val="16"/>
          <w:lang w:eastAsia="ja-JP"/>
        </w:rPr>
      </w:pPr>
    </w:p>
    <w:p w:rsidR="00CA1343" w:rsidRPr="00826C46" w:rsidRDefault="006C1C41" w:rsidP="00CA1343">
      <w:pPr>
        <w:pStyle w:val="21"/>
        <w:rPr>
          <w:rFonts w:ascii="ＭＳ Ｐゴシック" w:eastAsia="ＭＳ Ｐゴシック" w:hAnsi="ＭＳ Ｐゴシック"/>
          <w:lang w:eastAsia="ja-JP"/>
        </w:rPr>
      </w:pPr>
      <w:r>
        <w:rPr>
          <w:rFonts w:ascii="ＭＳ Ｐゴシック" w:eastAsia="ＭＳ Ｐゴシック" w:hAnsi="ＭＳ Ｐゴシック"/>
          <w:b w:val="0"/>
          <w:bCs w:val="0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74295</wp:posOffset>
                </wp:positionV>
                <wp:extent cx="2860777" cy="1760588"/>
                <wp:effectExtent l="0" t="0" r="9525" b="17780"/>
                <wp:wrapNone/>
                <wp:docPr id="945724757" name="爆発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777" cy="1760588"/>
                        </a:xfrm>
                        <a:prstGeom prst="irregularSeal1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ADCE8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 1 2" o:spid="_x0000_s1026" type="#_x0000_t71" style="position:absolute;margin-left:326.7pt;margin-top:5.85pt;width:225.25pt;height:138.6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" filled="f" strokecolor="#4f81bd [3204]">
                <v:stroke joinstyle="round"/>
              </v:shape>
            </w:pict>
          </mc:Fallback>
        </mc:AlternateContent>
      </w:r>
      <w:r w:rsidR="00CA1343" w:rsidRPr="00F16307">
        <w:rPr>
          <w:rFonts w:ascii="ＭＳ Ｐゴシック" w:eastAsia="ＭＳ Ｐゴシック" w:hAnsi="ＭＳ Ｐゴシック"/>
          <w:lang w:eastAsia="ja-JP"/>
        </w:rPr>
        <w:t>配信リンク</w:t>
      </w:r>
      <w:r w:rsidR="00CA1343" w:rsidRPr="00F16307">
        <w:rPr>
          <w:rFonts w:ascii="ＭＳ Ｐゴシック" w:eastAsia="ＭＳ Ｐゴシック" w:hAnsi="ＭＳ Ｐゴシック" w:hint="eastAsia"/>
          <w:lang w:eastAsia="ja-JP"/>
        </w:rPr>
        <w:t>・</w:t>
      </w:r>
      <w:r w:rsidR="00CA1343" w:rsidRPr="00F16307">
        <w:rPr>
          <w:rFonts w:ascii="ＭＳ Ｐゴシック" w:eastAsia="ＭＳ Ｐゴシック" w:hAnsi="ＭＳ Ｐゴシック"/>
          <w:lang w:eastAsia="ja-JP"/>
        </w:rPr>
        <w:t>試聴用</w:t>
      </w:r>
      <w:r w:rsidR="00CA1343" w:rsidRPr="00826C46">
        <w:rPr>
          <w:rFonts w:ascii="ＭＳ Ｐゴシック" w:eastAsia="ＭＳ Ｐゴシック" w:hAnsi="ＭＳ Ｐゴシック"/>
          <w:lang w:eastAsia="ja-JP"/>
        </w:rPr>
        <w:t>URL</w:t>
      </w:r>
    </w:p>
    <w:p w:rsidR="00CA1343" w:rsidRPr="006446FA" w:rsidRDefault="006446FA" w:rsidP="00DE3425">
      <w:pPr>
        <w:rPr>
          <w:rFonts w:ascii="ＭＳ Ｐゴシック" w:eastAsia="ＭＳ Ｐゴシック" w:hAnsi="ＭＳ Ｐゴシック"/>
          <w:b/>
          <w:bCs/>
          <w:color w:val="FF0000"/>
          <w:sz w:val="18"/>
          <w:szCs w:val="18"/>
          <w:lang w:eastAsia="ja-JP"/>
        </w:rPr>
      </w:pPr>
      <w:r>
        <w:rPr>
          <w:rFonts w:ascii="ＭＳ Ｐゴシック" w:eastAsia="ＭＳ Ｐゴシック" w:hAnsi="ＭＳ Ｐゴシック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3184381</wp:posOffset>
                </wp:positionH>
                <wp:positionV relativeFrom="paragraph">
                  <wp:posOffset>415516</wp:posOffset>
                </wp:positionV>
                <wp:extent cx="2743200" cy="582562"/>
                <wp:effectExtent l="0" t="0" r="0" b="0"/>
                <wp:wrapNone/>
                <wp:docPr id="13381488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82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46FA" w:rsidRPr="006446FA" w:rsidRDefault="006446FA" w:rsidP="006446FA">
                            <w:pPr>
                              <w:spacing w:after="0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6446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  <w:lang w:eastAsia="ja-JP"/>
                              </w:rPr>
                              <w:t>リリックビデオも</w:t>
                            </w:r>
                            <w:proofErr w:type="spellStart"/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  <w:lang w:eastAsia="ja-JP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  <w:lang w:eastAsia="ja-JP"/>
                              </w:rPr>
                              <w:t>にて</w:t>
                            </w:r>
                            <w:r w:rsidRPr="006446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  <w:lang w:eastAsia="ja-JP"/>
                              </w:rPr>
                              <w:t>同時公開！↓</w:t>
                            </w:r>
                          </w:p>
                          <w:p w:rsidR="006446FA" w:rsidRPr="006446FA" w:rsidRDefault="00000000" w:rsidP="006446FA">
                            <w:pPr>
                              <w:spacing w:after="0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:lang w:eastAsia="ja-JP"/>
                              </w:rPr>
                            </w:pPr>
                            <w:hyperlink r:id="rId9" w:history="1">
                              <w:r w:rsidR="006446FA" w:rsidRPr="006C1C41">
                                <w:rPr>
                                  <w:rStyle w:val="aff"/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https://youtu.be/a-VBsOfv2E4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50.75pt;margin-top:32.7pt;width:3in;height:4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" filled="f" stroked="f" strokeweight=".5pt">
                <v:textbox>
                  <w:txbxContent>
                    <w:p w:rsidR="006446FA" w:rsidRPr="006446FA" w:rsidRDefault="006446FA" w:rsidP="006446FA">
                      <w:pPr>
                        <w:spacing w:after="0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  <w:lang w:eastAsia="ja-JP"/>
                        </w:rPr>
                      </w:pPr>
                      <w:r w:rsidRPr="006446F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  <w:lang w:eastAsia="ja-JP"/>
                        </w:rPr>
                        <w:t>リリックビデオも</w:t>
                      </w:r>
                      <w:proofErr w:type="spellStart"/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  <w:lang w:eastAsia="ja-JP"/>
                        </w:rPr>
                        <w:t>Youtube</w:t>
                      </w:r>
                      <w:proofErr w:type="spellEnd"/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  <w:lang w:eastAsia="ja-JP"/>
                        </w:rPr>
                        <w:t>にて</w:t>
                      </w:r>
                      <w:r w:rsidRPr="006446F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  <w:lang w:eastAsia="ja-JP"/>
                        </w:rPr>
                        <w:t>同時公開！↓</w:t>
                      </w:r>
                    </w:p>
                    <w:p w:rsidR="006446FA" w:rsidRPr="006446FA" w:rsidRDefault="006C1C41" w:rsidP="006446FA">
                      <w:pPr>
                        <w:spacing w:after="0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  <w:lang w:eastAsia="ja-JP"/>
                        </w:rPr>
                      </w:pPr>
                      <w:hyperlink r:id="rId10" w:history="1">
                        <w:r w:rsidR="006446FA" w:rsidRPr="006C1C41">
                          <w:rPr>
                            <w:rStyle w:val="aff"/>
                            <w:rFonts w:ascii="ＭＳ Ｐゴシック" w:eastAsia="ＭＳ Ｐゴシック" w:hAnsi="ＭＳ Ｐゴシック"/>
                            <w:sz w:val="18"/>
                            <w:szCs w:val="18"/>
                            <w:lang w:eastAsia="ja-JP"/>
                          </w:rPr>
                          <w:t>https://youtu.be/a-VBsOfv2E4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hyperlink r:id="rId11" w:history="1">
        <w:r w:rsidRPr="00955D60">
          <w:rPr>
            <w:rStyle w:val="aff"/>
            <w:rFonts w:ascii="ＭＳ Ｐゴシック" w:eastAsia="ＭＳ Ｐゴシック" w:hAnsi="ＭＳ Ｐゴシック" w:hint="eastAsia"/>
            <w:b/>
            <w:bCs/>
            <w:sz w:val="18"/>
            <w:szCs w:val="18"/>
            <w:shd w:val="clear" w:color="auto" w:fill="FFFFFF"/>
          </w:rPr>
          <w:t>https://nex-tone.link/A00198077</w:t>
        </w:r>
        <w:r w:rsidRPr="006446FA">
          <w:rPr>
            <w:rStyle w:val="aff"/>
            <w:rFonts w:ascii="ＭＳ Ｐゴシック" w:eastAsia="ＭＳ Ｐゴシック" w:hAnsi="ＭＳ Ｐゴシック"/>
            <w:noProof/>
            <w:u w:val="none"/>
          </w:rPr>
          <w:drawing>
            <wp:inline distT="0" distB="0" distL="0" distR="0" wp14:anchorId="3A28FCC4" wp14:editId="5175C471">
              <wp:extent cx="908050" cy="908050"/>
              <wp:effectExtent l="0" t="0" r="6350" b="6350"/>
              <wp:docPr id="48050001" name="図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050001" name="図 48050001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8050" cy="908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B667B1" w:rsidRPr="00F16307" w:rsidRDefault="00AB3863">
      <w:pPr>
        <w:pStyle w:val="21"/>
        <w:rPr>
          <w:rFonts w:ascii="ＭＳ Ｐゴシック" w:eastAsia="ＭＳ Ｐゴシック" w:hAnsi="ＭＳ Ｐゴシック"/>
          <w:lang w:eastAsia="ja-JP"/>
        </w:rPr>
      </w:pPr>
      <w:r w:rsidRPr="00F16307">
        <w:rPr>
          <w:rFonts w:ascii="ＭＳ Ｐゴシック" w:eastAsia="ＭＳ Ｐゴシック" w:hAnsi="ＭＳ Ｐゴシック" w:hint="eastAsia"/>
          <w:noProof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-81280</wp:posOffset>
            </wp:positionH>
            <wp:positionV relativeFrom="margin">
              <wp:posOffset>1559560</wp:posOffset>
            </wp:positionV>
            <wp:extent cx="1383665" cy="2075815"/>
            <wp:effectExtent l="0" t="0" r="635" b="0"/>
            <wp:wrapSquare wrapText="bothSides"/>
            <wp:docPr id="6936877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87752" name="図 6936877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16307">
        <w:rPr>
          <w:rFonts w:ascii="ＭＳ Ｐゴシック" w:eastAsia="ＭＳ Ｐゴシック" w:hAnsi="ＭＳ Ｐゴシック"/>
          <w:lang w:eastAsia="ja-JP"/>
        </w:rPr>
        <w:t>SNSキャンペーン</w:t>
      </w:r>
    </w:p>
    <w:p w:rsidR="009E4601" w:rsidRPr="00F16307" w:rsidRDefault="009E4601" w:rsidP="009E4601">
      <w:pPr>
        <w:rPr>
          <w:rFonts w:ascii="ＭＳ Ｐゴシック" w:eastAsia="ＭＳ Ｐゴシック" w:hAnsi="ＭＳ Ｐゴシック"/>
          <w:lang w:eastAsia="ja-JP"/>
        </w:rPr>
      </w:pPr>
    </w:p>
    <w:p w:rsidR="00B667B1" w:rsidRPr="00F16307" w:rsidRDefault="00000000">
      <w:pPr>
        <w:rPr>
          <w:rFonts w:ascii="ＭＳ Ｐゴシック" w:eastAsia="ＭＳ Ｐゴシック" w:hAnsi="ＭＳ Ｐゴシック"/>
          <w:sz w:val="18"/>
          <w:szCs w:val="18"/>
          <w:lang w:eastAsia="ja-JP"/>
        </w:rPr>
      </w:pP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t>この夏は『踊れミーナ』で自由に表現！</w:t>
      </w: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br/>
        <w:t>InstagramやTikTokなどで以下のタグをつけて、踊り・演奏・コスプレなど自由なスタイルで投稿しよう！</w:t>
      </w:r>
    </w:p>
    <w:p w:rsidR="004474D5" w:rsidRDefault="00000000" w:rsidP="004474D5">
      <w:pPr>
        <w:rPr>
          <w:rFonts w:ascii="ＭＳ Ｐゴシック" w:eastAsia="ＭＳ Ｐゴシック" w:hAnsi="ＭＳ Ｐゴシック"/>
          <w:sz w:val="18"/>
          <w:szCs w:val="18"/>
          <w:lang w:eastAsia="ja-JP"/>
        </w:rPr>
      </w:pP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t>#踊れミーナ</w:t>
      </w:r>
      <w:r w:rsidR="006C1C41">
        <w:rPr>
          <w:rFonts w:ascii="ＭＳ Ｐゴシック" w:eastAsia="ＭＳ Ｐゴシック" w:hAnsi="ＭＳ Ｐゴシック"/>
          <w:sz w:val="18"/>
          <w:szCs w:val="18"/>
          <w:lang w:eastAsia="ja-JP"/>
        </w:rPr>
        <w:t xml:space="preserve">   </w:t>
      </w: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t>#踊れミーナで踊ってミーナ</w:t>
      </w:r>
      <w:r w:rsidR="006C1C41">
        <w:rPr>
          <w:rFonts w:ascii="ＭＳ Ｐゴシック" w:eastAsia="ＭＳ Ｐゴシック" w:hAnsi="ＭＳ Ｐゴシック"/>
          <w:sz w:val="18"/>
          <w:szCs w:val="18"/>
          <w:lang w:eastAsia="ja-JP"/>
        </w:rPr>
        <w:t xml:space="preserve">   </w:t>
      </w: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t>#踊れミーナで弾いてミーナ</w:t>
      </w:r>
    </w:p>
    <w:p w:rsidR="00AB3863" w:rsidRDefault="00000000" w:rsidP="004474D5">
      <w:pPr>
        <w:rPr>
          <w:rFonts w:ascii="ＭＳ Ｐゴシック" w:eastAsia="ＭＳ Ｐゴシック" w:hAnsi="ＭＳ Ｐゴシック"/>
          <w:sz w:val="18"/>
          <w:szCs w:val="18"/>
          <w:lang w:eastAsia="ja-JP"/>
        </w:rPr>
      </w:pP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t>＼最優秀投稿にはオリジナルTシャツをプレゼント！／</w:t>
      </w:r>
      <w:r w:rsidR="00C24505">
        <w:rPr>
          <w:rFonts w:ascii="ＭＳ Ｐゴシック" w:eastAsia="ＭＳ Ｐゴシック" w:hAnsi="ＭＳ Ｐゴシック" w:hint="eastAsia"/>
          <w:sz w:val="18"/>
          <w:szCs w:val="18"/>
          <w:lang w:eastAsia="ja-JP"/>
        </w:rPr>
        <w:t xml:space="preserve"> 　　　</w:t>
      </w:r>
    </w:p>
    <w:p w:rsidR="00AB3863" w:rsidRPr="00F16307" w:rsidRDefault="00C24505" w:rsidP="004474D5">
      <w:pPr>
        <w:rPr>
          <w:rFonts w:ascii="ＭＳ Ｐゴシック" w:eastAsia="ＭＳ Ｐゴシック" w:hAnsi="ＭＳ Ｐゴシック"/>
          <w:sz w:val="18"/>
          <w:szCs w:val="18"/>
          <w:lang w:eastAsia="ja-JP"/>
        </w:rPr>
      </w:pPr>
      <w:r>
        <w:rPr>
          <w:rFonts w:ascii="ＭＳ Ｐゴシック" w:eastAsia="ＭＳ Ｐゴシック" w:hAnsi="ＭＳ Ｐゴシック" w:hint="eastAsia"/>
          <w:sz w:val="18"/>
          <w:szCs w:val="18"/>
          <w:lang w:eastAsia="ja-JP"/>
        </w:rPr>
        <w:t>＜＜</w:t>
      </w: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t>締め切り：2025年9月3</w:t>
      </w:r>
      <w:r>
        <w:rPr>
          <w:rFonts w:ascii="ＭＳ Ｐゴシック" w:eastAsia="ＭＳ Ｐゴシック" w:hAnsi="ＭＳ Ｐゴシック"/>
          <w:sz w:val="18"/>
          <w:szCs w:val="18"/>
          <w:lang w:eastAsia="ja-JP"/>
        </w:rPr>
        <w:t>0</w:t>
      </w: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t>日　発表は公式SNSにて！</w:t>
      </w:r>
      <w:r>
        <w:rPr>
          <w:rFonts w:ascii="ＭＳ Ｐゴシック" w:eastAsia="ＭＳ Ｐゴシック" w:hAnsi="ＭＳ Ｐゴシック" w:hint="eastAsia"/>
          <w:sz w:val="18"/>
          <w:szCs w:val="18"/>
          <w:lang w:eastAsia="ja-JP"/>
        </w:rPr>
        <w:t>＞＞</w:t>
      </w:r>
    </w:p>
    <w:p w:rsidR="00B667B1" w:rsidRPr="00AB3863" w:rsidRDefault="00000000">
      <w:pPr>
        <w:pStyle w:val="21"/>
        <w:rPr>
          <w:rFonts w:ascii="ＭＳ Ｐゴシック" w:eastAsia="ＭＳ Ｐゴシック" w:hAnsi="ＭＳ Ｐゴシック"/>
          <w:sz w:val="24"/>
          <w:szCs w:val="24"/>
          <w:lang w:eastAsia="ja-JP"/>
        </w:rPr>
      </w:pPr>
      <w:r w:rsidRPr="00AB3863">
        <w:rPr>
          <w:rFonts w:ascii="ＭＳ Ｐゴシック" w:eastAsia="ＭＳ Ｐゴシック" w:hAnsi="ＭＳ Ｐゴシック"/>
          <w:sz w:val="24"/>
          <w:szCs w:val="24"/>
          <w:lang w:eastAsia="ja-JP"/>
        </w:rPr>
        <w:t>アーティストプロフィール</w:t>
      </w:r>
    </w:p>
    <w:p w:rsidR="00B667B1" w:rsidRPr="00F16307" w:rsidRDefault="00000000">
      <w:pPr>
        <w:rPr>
          <w:rFonts w:ascii="ＭＳ Ｐゴシック" w:eastAsia="ＭＳ Ｐゴシック" w:hAnsi="ＭＳ Ｐゴシック"/>
          <w:sz w:val="18"/>
          <w:szCs w:val="18"/>
          <w:lang w:eastAsia="ja-JP"/>
        </w:rPr>
      </w:pP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t>◆ selector HEMO</w:t>
      </w: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br/>
        <w:t>カリブ海と日本をつなぐ音楽伝道師。ソカを日本に紹介したパイオニアとして、DJ・音楽プロデュース・映画制作・イベント企画を手がける。LIME Records代表。</w:t>
      </w: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br/>
        <w:t>https://linktr.ee/selectorHEMO</w:t>
      </w:r>
    </w:p>
    <w:p w:rsidR="00B667B1" w:rsidRPr="00F16307" w:rsidRDefault="00000000">
      <w:pPr>
        <w:rPr>
          <w:rFonts w:ascii="ＭＳ Ｐゴシック" w:eastAsia="ＭＳ Ｐゴシック" w:hAnsi="ＭＳ Ｐゴシック"/>
          <w:sz w:val="18"/>
          <w:szCs w:val="18"/>
          <w:lang w:eastAsia="ja-JP"/>
        </w:rPr>
      </w:pP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t>◆ BARBIE JAPAN♡</w:t>
      </w: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br/>
        <w:t>日本唯一のチャットニー・ソカアーティスト。</w:t>
      </w: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br/>
        <w:t>ソカとフィットネスを融合した唯一無二のパフォーマンスで注目を集め、観る者すべてを笑顔にするポジティブなエネルギーを放つ。</w:t>
      </w: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br/>
        <w:t>司会や女優としても活動し、音楽・舞台・映像とジャンルを越えてマルチに活躍中。</w:t>
      </w:r>
    </w:p>
    <w:p w:rsidR="00B667B1" w:rsidRPr="00F16307" w:rsidRDefault="00000000">
      <w:pPr>
        <w:rPr>
          <w:rFonts w:ascii="ＭＳ Ｐゴシック" w:eastAsia="ＭＳ Ｐゴシック" w:hAnsi="ＭＳ Ｐゴシック"/>
          <w:sz w:val="18"/>
          <w:szCs w:val="18"/>
          <w:lang w:eastAsia="ja-JP"/>
        </w:rPr>
      </w:pP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t>◆ CHOP STICK</w:t>
      </w: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br/>
        <w:t>圧倒的なステージングと唯一無二のフロウで観客を魅了する、レゲエ＆ダンスホールアーティスト。</w:t>
      </w:r>
      <w:r w:rsidRPr="00F16307">
        <w:rPr>
          <w:rFonts w:ascii="ＭＳ Ｐゴシック" w:eastAsia="ＭＳ Ｐゴシック" w:hAnsi="ＭＳ Ｐゴシック"/>
          <w:sz w:val="18"/>
          <w:szCs w:val="18"/>
          <w:lang w:eastAsia="ja-JP"/>
        </w:rPr>
        <w:br/>
        <w:t>日本語とパトワを自在に操り、ユーモアとリアルが交差するリリックで、国内外のファンから高い支持を得ている。</w:t>
      </w:r>
    </w:p>
    <w:p w:rsidR="00B667B1" w:rsidRPr="00F16307" w:rsidRDefault="006800B1">
      <w:pPr>
        <w:pStyle w:val="21"/>
        <w:rPr>
          <w:rFonts w:ascii="ＭＳ Ｐゴシック" w:eastAsia="ＭＳ Ｐゴシック" w:hAnsi="ＭＳ Ｐゴシック"/>
          <w:lang w:eastAsia="ja-JP"/>
        </w:rPr>
      </w:pPr>
      <w:r w:rsidRPr="009E5D26">
        <w:rPr>
          <w:rFonts w:ascii="ＭＳ Ｐ明朝" w:eastAsia="ＭＳ Ｐ明朝" w:hAnsi="ＭＳ Ｐ明朝"/>
          <w:noProof/>
          <w:szCs w:val="21"/>
          <w:lang w:eastAsia="ja-JP"/>
        </w:rPr>
        <w:drawing>
          <wp:anchor distT="0" distB="0" distL="114300" distR="114300" simplePos="0" relativeHeight="251661312" behindDoc="0" locked="0" layoutInCell="1" allowOverlap="1" wp14:anchorId="6E430351" wp14:editId="1BE33636">
            <wp:simplePos x="0" y="0"/>
            <wp:positionH relativeFrom="margin">
              <wp:posOffset>5552440</wp:posOffset>
            </wp:positionH>
            <wp:positionV relativeFrom="margin">
              <wp:posOffset>6622845</wp:posOffset>
            </wp:positionV>
            <wp:extent cx="1127760" cy="1409065"/>
            <wp:effectExtent l="0" t="0" r="2540" b="635"/>
            <wp:wrapSquare wrapText="bothSides"/>
            <wp:docPr id="5287759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75904" name="図 52877590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307">
        <w:rPr>
          <w:rFonts w:ascii="ＭＳ Ｐゴシック" w:eastAsia="ＭＳ Ｐゴシック" w:hAnsi="ＭＳ Ｐゴシック"/>
          <w:lang w:eastAsia="ja-JP"/>
        </w:rPr>
        <w:t>配信リンク／プレス用素材</w:t>
      </w:r>
    </w:p>
    <w:p w:rsidR="004474D5" w:rsidRPr="006C1C41" w:rsidRDefault="00000000" w:rsidP="004474D5">
      <w:pPr>
        <w:spacing w:after="0"/>
        <w:rPr>
          <w:sz w:val="18"/>
          <w:szCs w:val="18"/>
          <w:lang w:eastAsia="ja-JP"/>
        </w:rPr>
      </w:pPr>
      <w:r w:rsidRPr="006C1C41">
        <w:rPr>
          <w:rFonts w:ascii="ＭＳ Ｐゴシック" w:eastAsia="ＭＳ Ｐゴシック" w:hAnsi="ＭＳ Ｐゴシック" w:cs="ＭＳ 明朝" w:hint="eastAsia"/>
          <w:sz w:val="18"/>
          <w:szCs w:val="18"/>
          <w:lang w:eastAsia="ja-JP"/>
        </w:rPr>
        <w:t>※</w:t>
      </w:r>
      <w:r w:rsidRPr="006C1C41">
        <w:rPr>
          <w:rFonts w:ascii="ＭＳ Ｐゴシック" w:eastAsia="ＭＳ Ｐゴシック" w:hAnsi="ＭＳ Ｐゴシック"/>
          <w:sz w:val="18"/>
          <w:szCs w:val="18"/>
          <w:lang w:eastAsia="ja-JP"/>
        </w:rPr>
        <w:t>楽曲配信リンク・試聴用URL</w:t>
      </w:r>
      <w:r w:rsidR="004474D5" w:rsidRPr="006C1C41">
        <w:rPr>
          <w:rFonts w:ascii="ＭＳ Ｐゴシック" w:eastAsia="ＭＳ Ｐゴシック" w:hAnsi="ＭＳ Ｐゴシック" w:hint="eastAsia"/>
          <w:sz w:val="18"/>
          <w:szCs w:val="18"/>
          <w:lang w:eastAsia="ja-JP"/>
        </w:rPr>
        <w:t xml:space="preserve">　</w:t>
      </w:r>
      <w:r w:rsidR="004474D5" w:rsidRPr="006C1C41">
        <w:rPr>
          <w:sz w:val="18"/>
          <w:szCs w:val="18"/>
          <w:lang w:eastAsia="ja-JP"/>
        </w:rPr>
        <w:t xml:space="preserve"> </w:t>
      </w:r>
      <w:hyperlink r:id="rId15" w:history="1">
        <w:r w:rsidR="004474D5" w:rsidRPr="006C1C41">
          <w:rPr>
            <w:rStyle w:val="aff"/>
            <w:sz w:val="18"/>
            <w:szCs w:val="18"/>
            <w:lang w:eastAsia="ja-JP"/>
          </w:rPr>
          <w:t>https://x.gd/3QZJR</w:t>
        </w:r>
      </w:hyperlink>
    </w:p>
    <w:p w:rsidR="00B667B1" w:rsidRPr="006C1C41" w:rsidRDefault="00000000" w:rsidP="004474D5">
      <w:pPr>
        <w:spacing w:after="0"/>
        <w:rPr>
          <w:rFonts w:ascii="ＭＳ Ｐゴシック" w:eastAsia="ＭＳ Ｐゴシック" w:hAnsi="ＭＳ Ｐゴシック"/>
          <w:sz w:val="18"/>
          <w:szCs w:val="18"/>
          <w:lang w:eastAsia="ja-JP"/>
        </w:rPr>
      </w:pPr>
      <w:r w:rsidRPr="006C1C41">
        <w:rPr>
          <w:rFonts w:ascii="ＭＳ Ｐゴシック" w:eastAsia="ＭＳ Ｐゴシック" w:hAnsi="ＭＳ Ｐゴシック"/>
          <w:sz w:val="18"/>
          <w:szCs w:val="18"/>
          <w:lang w:eastAsia="ja-JP"/>
        </w:rPr>
        <w:t>お問い合わせ</w:t>
      </w:r>
    </w:p>
    <w:p w:rsidR="00B667B1" w:rsidRPr="006C1C41" w:rsidRDefault="006800B1" w:rsidP="006C1C41">
      <w:pPr>
        <w:spacing w:after="0"/>
        <w:rPr>
          <w:rFonts w:ascii="ＭＳ Ｐゴシック" w:eastAsia="ＭＳ Ｐゴシック" w:hAnsi="ＭＳ Ｐゴシック"/>
          <w:sz w:val="18"/>
          <w:szCs w:val="18"/>
          <w:lang w:eastAsia="ja-JP"/>
        </w:rPr>
      </w:pPr>
      <w:r w:rsidRPr="009E5D26">
        <w:rPr>
          <w:rFonts w:ascii="ＭＳ Ｐ明朝" w:eastAsia="ＭＳ Ｐ明朝" w:hAnsi="ＭＳ Ｐ明朝" w:cs="Apple Color Emoji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C8690A" wp14:editId="12727B37">
                <wp:simplePos x="0" y="0"/>
                <wp:positionH relativeFrom="column">
                  <wp:posOffset>4527468</wp:posOffset>
                </wp:positionH>
                <wp:positionV relativeFrom="paragraph">
                  <wp:posOffset>547042</wp:posOffset>
                </wp:positionV>
                <wp:extent cx="2057400" cy="279380"/>
                <wp:effectExtent l="0" t="0" r="0" b="635"/>
                <wp:wrapNone/>
                <wp:docPr id="115727259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57400" cy="27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00B1" w:rsidRDefault="006800B1" w:rsidP="006800B1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t>Lime records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情報はこちら</w:t>
                            </w:r>
                            <w:r>
                              <w:rPr>
                                <w:rFonts w:ascii="Apple Color Emoji" w:hAnsi="Apple Color Emoji" w:cs="Apple Color Emoji" w:hint="eastAsia"/>
                                <w:lang w:eastAsia="ja-JP"/>
                              </w:rPr>
                              <w:t>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869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356.5pt;margin-top:43.05pt;width:162pt;height:22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" fillcolor="white [3201]" stroked="f" strokeweight=".5pt">
                <v:textbox>
                  <w:txbxContent>
                    <w:p w:rsidR="006800B1" w:rsidRDefault="006800B1" w:rsidP="006800B1">
                      <w:pPr>
                        <w:rPr>
                          <w:lang w:eastAsia="ja-JP"/>
                        </w:rPr>
                      </w:pPr>
                      <w:r>
                        <w:t>Lime records</w:t>
                      </w:r>
                      <w:r>
                        <w:rPr>
                          <w:rFonts w:hint="eastAsia"/>
                          <w:lang w:eastAsia="ja-JP"/>
                        </w:rPr>
                        <w:t>情報はこちら</w:t>
                      </w:r>
                      <w:r>
                        <w:rPr>
                          <w:rFonts w:ascii="Apple Color Emoji" w:hAnsi="Apple Color Emoji" w:cs="Apple Color Emoji" w:hint="eastAsia"/>
                          <w:lang w:eastAsia="ja-JP"/>
                        </w:rPr>
                        <w:t>↑</w:t>
                      </w:r>
                    </w:p>
                  </w:txbxContent>
                </v:textbox>
              </v:shape>
            </w:pict>
          </mc:Fallback>
        </mc:AlternateContent>
      </w:r>
      <w:r w:rsidRPr="006C1C41">
        <w:rPr>
          <w:rFonts w:ascii="ＭＳ Ｐゴシック" w:eastAsia="ＭＳ Ｐゴシック" w:hAnsi="ＭＳ Ｐゴシック"/>
          <w:sz w:val="18"/>
          <w:szCs w:val="18"/>
          <w:lang w:eastAsia="ja-JP"/>
        </w:rPr>
        <w:t>LIME Records（ライムレコード）</w:t>
      </w:r>
      <w:r w:rsidRPr="006C1C41">
        <w:rPr>
          <w:rFonts w:ascii="ＭＳ Ｐゴシック" w:eastAsia="ＭＳ Ｐゴシック" w:hAnsi="ＭＳ Ｐゴシック"/>
          <w:sz w:val="18"/>
          <w:szCs w:val="18"/>
          <w:lang w:eastAsia="ja-JP"/>
        </w:rPr>
        <w:br/>
        <w:t>Web: https://lime-jp.com/</w:t>
      </w:r>
      <w:r w:rsidRPr="006C1C41">
        <w:rPr>
          <w:rFonts w:ascii="ＭＳ Ｐゴシック" w:eastAsia="ＭＳ Ｐゴシック" w:hAnsi="ＭＳ Ｐゴシック"/>
          <w:sz w:val="18"/>
          <w:szCs w:val="18"/>
          <w:lang w:eastAsia="ja-JP"/>
        </w:rPr>
        <w:br/>
        <w:t>Mail: info@lime-jp.com</w:t>
      </w:r>
    </w:p>
    <w:sectPr w:rsidR="00B667B1" w:rsidRPr="006C1C41" w:rsidSect="006C1C41">
      <w:headerReference w:type="default" r:id="rId16"/>
      <w:pgSz w:w="12240" w:h="15840"/>
      <w:pgMar w:top="454" w:right="720" w:bottom="45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2A16" w:rsidRDefault="00002A16" w:rsidP="00F16307">
      <w:pPr>
        <w:spacing w:after="0" w:line="240" w:lineRule="auto"/>
      </w:pPr>
      <w:r>
        <w:separator/>
      </w:r>
    </w:p>
  </w:endnote>
  <w:endnote w:type="continuationSeparator" w:id="0">
    <w:p w:rsidR="00002A16" w:rsidRDefault="00002A16" w:rsidP="00F16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3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ＭＳ Ｐ明朝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2A16" w:rsidRDefault="00002A16" w:rsidP="00F16307">
      <w:pPr>
        <w:spacing w:after="0" w:line="240" w:lineRule="auto"/>
      </w:pPr>
      <w:r>
        <w:separator/>
      </w:r>
    </w:p>
  </w:footnote>
  <w:footnote w:type="continuationSeparator" w:id="0">
    <w:p w:rsidR="00002A16" w:rsidRDefault="00002A16" w:rsidP="00F16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6307" w:rsidRDefault="00F16307" w:rsidP="00F16307">
    <w:pPr>
      <w:pStyle w:val="a5"/>
      <w:jc w:val="right"/>
    </w:pPr>
    <w:r w:rsidRPr="00F16307">
      <w:rPr>
        <w:rFonts w:ascii="ＭＳ Ｐゴシック" w:eastAsia="ＭＳ Ｐゴシック" w:hAnsi="ＭＳ Ｐゴシック"/>
        <w:noProof/>
      </w:rPr>
      <w:drawing>
        <wp:inline distT="0" distB="0" distL="0" distR="0" wp14:anchorId="51095177" wp14:editId="6D8726B5">
          <wp:extent cx="657061" cy="646549"/>
          <wp:effectExtent l="0" t="0" r="3810" b="1270"/>
          <wp:docPr id="2078401670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401670" name="図 20784016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092" cy="675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5858751">
    <w:abstractNumId w:val="8"/>
  </w:num>
  <w:num w:numId="2" w16cid:durableId="639265299">
    <w:abstractNumId w:val="6"/>
  </w:num>
  <w:num w:numId="3" w16cid:durableId="1862085523">
    <w:abstractNumId w:val="5"/>
  </w:num>
  <w:num w:numId="4" w16cid:durableId="994142015">
    <w:abstractNumId w:val="4"/>
  </w:num>
  <w:num w:numId="5" w16cid:durableId="854000495">
    <w:abstractNumId w:val="7"/>
  </w:num>
  <w:num w:numId="6" w16cid:durableId="569195277">
    <w:abstractNumId w:val="3"/>
  </w:num>
  <w:num w:numId="7" w16cid:durableId="1026910755">
    <w:abstractNumId w:val="2"/>
  </w:num>
  <w:num w:numId="8" w16cid:durableId="457604113">
    <w:abstractNumId w:val="1"/>
  </w:num>
  <w:num w:numId="9" w16cid:durableId="2026707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2A16"/>
    <w:rsid w:val="00034616"/>
    <w:rsid w:val="0006063C"/>
    <w:rsid w:val="0015074B"/>
    <w:rsid w:val="00206308"/>
    <w:rsid w:val="00294E4B"/>
    <w:rsid w:val="0029639D"/>
    <w:rsid w:val="002C77C7"/>
    <w:rsid w:val="00324B22"/>
    <w:rsid w:val="00326F90"/>
    <w:rsid w:val="00342A0D"/>
    <w:rsid w:val="00361843"/>
    <w:rsid w:val="003735A5"/>
    <w:rsid w:val="003834EA"/>
    <w:rsid w:val="003A50A4"/>
    <w:rsid w:val="003B3200"/>
    <w:rsid w:val="004474D5"/>
    <w:rsid w:val="004E16B7"/>
    <w:rsid w:val="005A60C4"/>
    <w:rsid w:val="006446FA"/>
    <w:rsid w:val="006800B1"/>
    <w:rsid w:val="006C1C41"/>
    <w:rsid w:val="007F38B7"/>
    <w:rsid w:val="00826C46"/>
    <w:rsid w:val="00890862"/>
    <w:rsid w:val="00994E09"/>
    <w:rsid w:val="009D1B62"/>
    <w:rsid w:val="009E4174"/>
    <w:rsid w:val="009E4601"/>
    <w:rsid w:val="00A07CB2"/>
    <w:rsid w:val="00A86016"/>
    <w:rsid w:val="00AA1D8D"/>
    <w:rsid w:val="00AB3863"/>
    <w:rsid w:val="00AC4FDE"/>
    <w:rsid w:val="00B47730"/>
    <w:rsid w:val="00B54FF1"/>
    <w:rsid w:val="00B667B1"/>
    <w:rsid w:val="00C02697"/>
    <w:rsid w:val="00C24505"/>
    <w:rsid w:val="00CA1343"/>
    <w:rsid w:val="00CB0664"/>
    <w:rsid w:val="00D43D46"/>
    <w:rsid w:val="00DE3425"/>
    <w:rsid w:val="00EB2E8F"/>
    <w:rsid w:val="00EB5B0F"/>
    <w:rsid w:val="00EF72EA"/>
    <w:rsid w:val="00F16307"/>
    <w:rsid w:val="00F244BF"/>
    <w:rsid w:val="00FB3EA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4FD72FB"/>
  <w14:defaultImageDpi w14:val="300"/>
  <w15:docId w15:val="{D212A3CD-B481-7842-B5D2-D89549DCC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">
    <w:name w:val="Hyperlink"/>
    <w:basedOn w:val="a2"/>
    <w:uiPriority w:val="99"/>
    <w:unhideWhenUsed/>
    <w:rsid w:val="00CA1343"/>
    <w:rPr>
      <w:color w:val="0000FF"/>
      <w:u w:val="single"/>
    </w:rPr>
  </w:style>
  <w:style w:type="character" w:styleId="aff0">
    <w:name w:val="FollowedHyperlink"/>
    <w:basedOn w:val="a2"/>
    <w:uiPriority w:val="99"/>
    <w:semiHidden/>
    <w:unhideWhenUsed/>
    <w:rsid w:val="00C24505"/>
    <w:rPr>
      <w:color w:val="800080" w:themeColor="followedHyperlink"/>
      <w:u w:val="single"/>
    </w:rPr>
  </w:style>
  <w:style w:type="character" w:styleId="aff1">
    <w:name w:val="Unresolved Mention"/>
    <w:basedOn w:val="a2"/>
    <w:uiPriority w:val="99"/>
    <w:semiHidden/>
    <w:unhideWhenUsed/>
    <w:rsid w:val="006446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x-tone.link/A0019807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.gd/3QZJR" TargetMode="External"/><Relationship Id="rId10" Type="http://schemas.openxmlformats.org/officeDocument/2006/relationships/hyperlink" Target="https://youtu.be/a-VBsOfv2E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a-VBsOfv2E4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1702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selector HEMO</cp:lastModifiedBy>
  <cp:revision>3</cp:revision>
  <cp:lastPrinted>2025-07-29T07:14:00Z</cp:lastPrinted>
  <dcterms:created xsi:type="dcterms:W3CDTF">2025-07-29T07:12:00Z</dcterms:created>
  <dcterms:modified xsi:type="dcterms:W3CDTF">2025-07-29T07:14:00Z</dcterms:modified>
  <cp:category/>
</cp:coreProperties>
</file>